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7C59A6" w14:textId="083F2F5C" w:rsidR="00494C3F" w:rsidRPr="00494C3F" w:rsidRDefault="00494C3F" w:rsidP="00494C3F">
      <w:pPr>
        <w:spacing w:after="160" w:line="259" w:lineRule="auto"/>
        <w:rPr>
          <w:rFonts w:ascii="Calibri" w:eastAsia="Calibri" w:hAnsi="Calibri" w:cs="Calibri"/>
          <w:lang w:val="en-GB"/>
        </w:rPr>
      </w:pPr>
      <w:r w:rsidRPr="00330FCD">
        <w:rPr>
          <w:rFonts w:ascii="Calibri" w:eastAsia="Calibri" w:hAnsi="Calibri" w:cs="Calibri"/>
          <w:noProof/>
        </w:rPr>
        <w:drawing>
          <wp:anchor distT="0" distB="0" distL="114300" distR="114300" simplePos="0" relativeHeight="251664384" behindDoc="0" locked="0" layoutInCell="1" allowOverlap="1" wp14:anchorId="792D1709" wp14:editId="13F1D505">
            <wp:simplePos x="0" y="0"/>
            <wp:positionH relativeFrom="column">
              <wp:posOffset>4070350</wp:posOffset>
            </wp:positionH>
            <wp:positionV relativeFrom="paragraph">
              <wp:posOffset>76200</wp:posOffset>
            </wp:positionV>
            <wp:extent cx="2066925" cy="511810"/>
            <wp:effectExtent l="0" t="0" r="0" b="0"/>
            <wp:wrapNone/>
            <wp:docPr id="1" name="Picture 1" descr="A purple and pin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urple and pink logo&#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66925" cy="511810"/>
                    </a:xfrm>
                    <a:prstGeom prst="rect">
                      <a:avLst/>
                    </a:prstGeom>
                    <a:noFill/>
                  </pic:spPr>
                </pic:pic>
              </a:graphicData>
            </a:graphic>
          </wp:anchor>
        </w:drawing>
      </w:r>
    </w:p>
    <w:p w14:paraId="42881AE8" w14:textId="1327CD9C" w:rsidR="00494C3F" w:rsidRPr="00494C3F" w:rsidRDefault="00494C3F" w:rsidP="00494C3F">
      <w:pPr>
        <w:spacing w:after="160" w:line="259" w:lineRule="auto"/>
        <w:rPr>
          <w:rFonts w:ascii="Calibri" w:eastAsia="Calibri" w:hAnsi="Calibri" w:cs="Calibri"/>
          <w:lang w:val="en-GB"/>
        </w:rPr>
      </w:pPr>
    </w:p>
    <w:p w14:paraId="7A7D1BCE" w14:textId="7B0897FD" w:rsidR="00494C3F" w:rsidRPr="00494C3F" w:rsidRDefault="005046D6" w:rsidP="00494C3F">
      <w:pPr>
        <w:spacing w:after="160" w:line="259" w:lineRule="auto"/>
        <w:rPr>
          <w:rFonts w:ascii="Calibri" w:eastAsia="Calibri" w:hAnsi="Calibri" w:cs="Calibri"/>
          <w:lang w:val="en-GB"/>
        </w:rPr>
      </w:pPr>
      <w:r w:rsidRPr="000C4C6A">
        <w:rPr>
          <w:noProof/>
        </w:rPr>
        <w:drawing>
          <wp:anchor distT="0" distB="0" distL="114300" distR="114300" simplePos="0" relativeHeight="251666432" behindDoc="0" locked="0" layoutInCell="1" allowOverlap="1" wp14:anchorId="4DB60D8D" wp14:editId="0DF89EDA">
            <wp:simplePos x="0" y="0"/>
            <wp:positionH relativeFrom="column">
              <wp:posOffset>228600</wp:posOffset>
            </wp:positionH>
            <wp:positionV relativeFrom="paragraph">
              <wp:posOffset>68580</wp:posOffset>
            </wp:positionV>
            <wp:extent cx="1211580" cy="1203960"/>
            <wp:effectExtent l="0" t="0" r="762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211580" cy="1203960"/>
                    </a:xfrm>
                    <a:prstGeom prst="rect">
                      <a:avLst/>
                    </a:prstGeom>
                  </pic:spPr>
                </pic:pic>
              </a:graphicData>
            </a:graphic>
            <wp14:sizeRelH relativeFrom="page">
              <wp14:pctWidth>0</wp14:pctWidth>
            </wp14:sizeRelH>
            <wp14:sizeRelV relativeFrom="page">
              <wp14:pctHeight>0</wp14:pctHeight>
            </wp14:sizeRelV>
          </wp:anchor>
        </w:drawing>
      </w:r>
      <w:r w:rsidR="00494C3F" w:rsidRPr="00494C3F">
        <w:rPr>
          <w:rFonts w:ascii="Calibri" w:eastAsia="Calibri" w:hAnsi="Calibri" w:cs="Calibri"/>
          <w:noProof/>
          <w:lang w:val="en-GB" w:eastAsia="en-GB"/>
        </w:rPr>
        <mc:AlternateContent>
          <mc:Choice Requires="wps">
            <w:drawing>
              <wp:anchor distT="0" distB="0" distL="114300" distR="114300" simplePos="0" relativeHeight="251661312" behindDoc="0" locked="0" layoutInCell="1" allowOverlap="1" wp14:anchorId="26D898B1" wp14:editId="6B750995">
                <wp:simplePos x="0" y="0"/>
                <wp:positionH relativeFrom="margin">
                  <wp:posOffset>-152400</wp:posOffset>
                </wp:positionH>
                <wp:positionV relativeFrom="paragraph">
                  <wp:posOffset>177166</wp:posOffset>
                </wp:positionV>
                <wp:extent cx="6686550" cy="1200150"/>
                <wp:effectExtent l="0" t="0" r="0" b="0"/>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86550" cy="1200150"/>
                        </a:xfrm>
                        <a:prstGeom prst="rect">
                          <a:avLst/>
                        </a:prstGeom>
                        <a:noFill/>
                        <a:ln w="6350">
                          <a:noFill/>
                        </a:ln>
                      </wps:spPr>
                      <wps:txbx>
                        <w:txbxContent>
                          <w:p w14:paraId="2DE38AC5" w14:textId="4D4BA21E" w:rsidR="00494C3F" w:rsidRPr="00494C3F" w:rsidRDefault="00494C3F" w:rsidP="00494C3F">
                            <w:pPr>
                              <w:jc w:val="right"/>
                              <w:rPr>
                                <w:rFonts w:ascii="Aptos" w:hAnsi="Aptos" w:cs="Calibri"/>
                                <w:b/>
                                <w:color w:val="000000"/>
                                <w:sz w:val="48"/>
                                <w:szCs w:val="50"/>
                              </w:rPr>
                            </w:pPr>
                            <w:r w:rsidRPr="00494C3F">
                              <w:rPr>
                                <w:rFonts w:ascii="Aptos" w:hAnsi="Aptos" w:cs="Calibri"/>
                                <w:b/>
                                <w:color w:val="000000"/>
                                <w:sz w:val="48"/>
                                <w:szCs w:val="50"/>
                              </w:rPr>
                              <w:t>Data Protection Complaint Form</w:t>
                            </w:r>
                          </w:p>
                          <w:p w14:paraId="2D8E5C6C" w14:textId="50773E9E" w:rsidR="00494C3F" w:rsidRPr="005046D6" w:rsidRDefault="005046D6" w:rsidP="00494C3F">
                            <w:pPr>
                              <w:jc w:val="right"/>
                              <w:rPr>
                                <w:rFonts w:ascii="Aptos" w:hAnsi="Aptos" w:cs="Calibri"/>
                                <w:color w:val="00B050"/>
                                <w:sz w:val="40"/>
                                <w:szCs w:val="40"/>
                              </w:rPr>
                            </w:pPr>
                            <w:r w:rsidRPr="005046D6">
                              <w:rPr>
                                <w:rFonts w:ascii="Aptos" w:hAnsi="Aptos" w:cs="Calibri"/>
                                <w:color w:val="000000"/>
                                <w:sz w:val="40"/>
                                <w:szCs w:val="40"/>
                              </w:rPr>
                              <w:t>Ashbrook Infant and Nursery School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26D898B1" id="_x0000_t202" coordsize="21600,21600" o:spt="202" path="m,l,21600r21600,l21600,xe">
                <v:stroke joinstyle="miter"/>
                <v:path gradientshapeok="t" o:connecttype="rect"/>
              </v:shapetype>
              <v:shape id="Text Box 11" o:spid="_x0000_s1026" type="#_x0000_t202" style="position:absolute;margin-left:-12pt;margin-top:13.95pt;width:526.5pt;height:94.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" filled="f" stroked="f" strokeweight=".5pt">
                <v:textbox>
                  <w:txbxContent>
                    <w:p w14:paraId="2DE38AC5" w14:textId="4D4BA21E" w:rsidR="00494C3F" w:rsidRPr="00494C3F" w:rsidRDefault="00494C3F" w:rsidP="00494C3F">
                      <w:pPr>
                        <w:jc w:val="right"/>
                        <w:rPr>
                          <w:rFonts w:ascii="Aptos" w:hAnsi="Aptos" w:cs="Calibri"/>
                          <w:b/>
                          <w:color w:val="000000"/>
                          <w:sz w:val="48"/>
                          <w:szCs w:val="50"/>
                        </w:rPr>
                      </w:pPr>
                      <w:r w:rsidRPr="00494C3F">
                        <w:rPr>
                          <w:rFonts w:ascii="Aptos" w:hAnsi="Aptos" w:cs="Calibri"/>
                          <w:b/>
                          <w:color w:val="000000"/>
                          <w:sz w:val="48"/>
                          <w:szCs w:val="50"/>
                        </w:rPr>
                        <w:t>Data Protection Complaint Form</w:t>
                      </w:r>
                    </w:p>
                    <w:p w14:paraId="2D8E5C6C" w14:textId="50773E9E" w:rsidR="00494C3F" w:rsidRPr="005046D6" w:rsidRDefault="005046D6" w:rsidP="00494C3F">
                      <w:pPr>
                        <w:jc w:val="right"/>
                        <w:rPr>
                          <w:rFonts w:ascii="Aptos" w:hAnsi="Aptos" w:cs="Calibri"/>
                          <w:color w:val="00B050"/>
                          <w:sz w:val="40"/>
                          <w:szCs w:val="40"/>
                        </w:rPr>
                      </w:pPr>
                      <w:r w:rsidRPr="005046D6">
                        <w:rPr>
                          <w:rFonts w:ascii="Aptos" w:hAnsi="Aptos" w:cs="Calibri"/>
                          <w:color w:val="000000"/>
                          <w:sz w:val="40"/>
                          <w:szCs w:val="40"/>
                        </w:rPr>
                        <w:t>Ashbrook Infant and Nursery School</w:t>
                      </w:r>
                    </w:p>
                  </w:txbxContent>
                </v:textbox>
                <w10:wrap anchorx="margin"/>
              </v:shape>
            </w:pict>
          </mc:Fallback>
        </mc:AlternateContent>
      </w:r>
      <w:r w:rsidR="00494C3F" w:rsidRPr="00494C3F">
        <w:rPr>
          <w:rFonts w:ascii="Calibri" w:eastAsia="Calibri" w:hAnsi="Calibri" w:cs="Calibri"/>
          <w:noProof/>
          <w:lang w:val="en-GB" w:eastAsia="en-GB"/>
        </w:rPr>
        <mc:AlternateContent>
          <mc:Choice Requires="wps">
            <w:drawing>
              <wp:anchor distT="4294967295" distB="4294967295" distL="114300" distR="114300" simplePos="0" relativeHeight="251662336" behindDoc="0" locked="0" layoutInCell="1" allowOverlap="1" wp14:anchorId="1FA85D1C" wp14:editId="4CF89D85">
                <wp:simplePos x="0" y="0"/>
                <wp:positionH relativeFrom="margin">
                  <wp:align>left</wp:align>
                </wp:positionH>
                <wp:positionV relativeFrom="paragraph">
                  <wp:posOffset>28575</wp:posOffset>
                </wp:positionV>
                <wp:extent cx="6473190" cy="0"/>
                <wp:effectExtent l="0" t="19050" r="22860" b="19050"/>
                <wp:wrapNone/>
                <wp:docPr id="1621055213" name="Straight Connector 16210552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473190" cy="0"/>
                        </a:xfrm>
                        <a:prstGeom prst="line">
                          <a:avLst/>
                        </a:prstGeom>
                        <a:noFill/>
                        <a:ln w="28575" cap="flat" cmpd="sng" algn="ctr">
                          <a:solidFill>
                            <a:srgbClr val="EE2A7B"/>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197A7983" id="Straight Connector 1621055213" o:spid="_x0000_s1026" style="position:absolute;z-index:251662336;visibility:visible;mso-wrap-style:square;mso-width-percent:0;mso-height-percent:0;mso-wrap-distance-left:9pt;mso-wrap-distance-top:-3e-5mm;mso-wrap-distance-right:9pt;mso-wrap-distance-bottom:-3e-5mm;mso-position-horizontal:left;mso-position-horizontal-relative:margin;mso-position-vertical:absolute;mso-position-vertical-relative:text;mso-width-percent:0;mso-height-percent:0;mso-width-relative:page;mso-height-relative:page" from="0,2.25pt" to="509.7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" strokecolor="#ee2a7b" strokeweight="2.25pt">
                <v:stroke joinstyle="miter"/>
                <o:lock v:ext="edit" shapetype="f"/>
                <w10:wrap anchorx="margin"/>
              </v:line>
            </w:pict>
          </mc:Fallback>
        </mc:AlternateContent>
      </w:r>
    </w:p>
    <w:p w14:paraId="2CA0B2C3" w14:textId="1245667F" w:rsidR="00494C3F" w:rsidRPr="00494C3F" w:rsidRDefault="00494C3F" w:rsidP="00494C3F">
      <w:pPr>
        <w:spacing w:after="160" w:line="259" w:lineRule="auto"/>
        <w:rPr>
          <w:rFonts w:ascii="Calibri" w:eastAsia="Calibri" w:hAnsi="Calibri" w:cs="Calibri"/>
          <w:lang w:val="en-GB"/>
        </w:rPr>
      </w:pPr>
    </w:p>
    <w:p w14:paraId="2BF69F4F" w14:textId="77777777" w:rsidR="00494C3F" w:rsidRPr="00494C3F" w:rsidRDefault="00494C3F" w:rsidP="00494C3F">
      <w:pPr>
        <w:spacing w:after="160" w:line="259" w:lineRule="auto"/>
        <w:rPr>
          <w:rFonts w:ascii="Calibri" w:eastAsia="Calibri" w:hAnsi="Calibri" w:cs="Calibri"/>
          <w:lang w:val="en-GB"/>
        </w:rPr>
      </w:pPr>
    </w:p>
    <w:p w14:paraId="2F4A6394" w14:textId="77777777" w:rsidR="00494C3F" w:rsidRPr="00494C3F" w:rsidRDefault="00494C3F" w:rsidP="00494C3F">
      <w:pPr>
        <w:keepNext/>
        <w:spacing w:before="240" w:after="60" w:line="259" w:lineRule="auto"/>
        <w:outlineLvl w:val="0"/>
        <w:rPr>
          <w:rFonts w:ascii="Calibri" w:eastAsia="Times New Roman" w:hAnsi="Calibri" w:cs="Calibri"/>
          <w:b/>
          <w:bCs/>
          <w:kern w:val="32"/>
          <w:sz w:val="32"/>
          <w:szCs w:val="32"/>
          <w:lang w:val="en-GB"/>
        </w:rPr>
      </w:pPr>
    </w:p>
    <w:p w14:paraId="53DB025A" w14:textId="245C2EC7" w:rsidR="00494C3F" w:rsidRPr="00494C3F" w:rsidRDefault="00494C3F" w:rsidP="00494C3F">
      <w:pPr>
        <w:spacing w:after="160" w:line="259" w:lineRule="auto"/>
        <w:rPr>
          <w:rFonts w:ascii="Calibri" w:eastAsia="Calibri" w:hAnsi="Calibri" w:cs="Calibri"/>
          <w:lang w:val="en-GB"/>
        </w:rPr>
      </w:pPr>
      <w:r w:rsidRPr="00330FCD">
        <w:rPr>
          <w:rFonts w:ascii="Calibri" w:eastAsia="Calibri" w:hAnsi="Calibri" w:cs="Calibri"/>
          <w:noProof/>
          <w:lang w:eastAsia="en-GB"/>
        </w:rPr>
        <mc:AlternateContent>
          <mc:Choice Requires="wps">
            <w:drawing>
              <wp:anchor distT="4294967295" distB="4294967295" distL="114300" distR="114300" simplePos="0" relativeHeight="251659264" behindDoc="0" locked="0" layoutInCell="1" allowOverlap="1" wp14:anchorId="12098A67" wp14:editId="5EDEE3C8">
                <wp:simplePos x="0" y="0"/>
                <wp:positionH relativeFrom="margin">
                  <wp:posOffset>0</wp:posOffset>
                </wp:positionH>
                <wp:positionV relativeFrom="paragraph">
                  <wp:posOffset>183515</wp:posOffset>
                </wp:positionV>
                <wp:extent cx="6473190" cy="0"/>
                <wp:effectExtent l="0" t="19050" r="2286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473190" cy="0"/>
                        </a:xfrm>
                        <a:prstGeom prst="line">
                          <a:avLst/>
                        </a:prstGeom>
                        <a:noFill/>
                        <a:ln w="28575" cap="flat" cmpd="sng" algn="ctr">
                          <a:solidFill>
                            <a:srgbClr val="EE2A7B"/>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01812BD4" id="Straight Connector 4" o:spid="_x0000_s1026" style="position:absolute;z-index:251659264;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page;mso-height-relative:page" from="0,14.45pt" to="509.7pt,1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" strokecolor="#ee2a7b" strokeweight="2.25pt">
                <v:stroke joinstyle="miter"/>
                <o:lock v:ext="edit" shapetype="f"/>
                <w10:wrap anchorx="margin"/>
              </v:line>
            </w:pict>
          </mc:Fallback>
        </mc:AlternateContent>
      </w:r>
    </w:p>
    <w:p w14:paraId="00B5C301" w14:textId="77777777" w:rsidR="00630F64" w:rsidRPr="00630F64" w:rsidRDefault="00630F64" w:rsidP="00630F64">
      <w:pPr>
        <w:pStyle w:val="Heading1"/>
        <w:rPr>
          <w:color w:val="000000" w:themeColor="text1"/>
          <w:sz w:val="32"/>
          <w:szCs w:val="32"/>
          <w:lang w:val="en-GB"/>
        </w:rPr>
      </w:pPr>
      <w:r w:rsidRPr="00630F64">
        <w:rPr>
          <w:color w:val="000000" w:themeColor="text1"/>
          <w:sz w:val="32"/>
          <w:szCs w:val="32"/>
          <w:lang w:val="en-GB"/>
        </w:rPr>
        <w:t>Your Right to Make a Data Protection Complaint</w:t>
      </w:r>
    </w:p>
    <w:p w14:paraId="1174D2A4" w14:textId="3B43B373" w:rsidR="00600FA7" w:rsidRDefault="00600FA7" w:rsidP="00600FA7">
      <w:pPr>
        <w:spacing w:after="0"/>
        <w:rPr>
          <w:rFonts w:asciiTheme="majorHAnsi" w:eastAsia="Calibri" w:hAnsiTheme="majorHAnsi" w:cstheme="majorHAnsi"/>
          <w:lang w:val="en-GB"/>
        </w:rPr>
      </w:pPr>
      <w:r w:rsidRPr="00600FA7">
        <w:rPr>
          <w:rFonts w:asciiTheme="majorHAnsi" w:eastAsia="Calibri" w:hAnsiTheme="majorHAnsi" w:cstheme="majorHAnsi"/>
          <w:lang w:val="en-GB"/>
        </w:rPr>
        <w:t>Under data protection law, you have the right to raise a complaint if you believe that your personal data has not been handled in accordance with the UK General Data Protection Regulation (UK GDPR) or the Data Protection Act 2018. This includes concerns about how your personal data has been collected, used, shared</w:t>
      </w:r>
      <w:r w:rsidR="00630F64">
        <w:rPr>
          <w:rFonts w:asciiTheme="majorHAnsi" w:eastAsia="Calibri" w:hAnsiTheme="majorHAnsi" w:cstheme="majorHAnsi"/>
          <w:lang w:val="en-GB"/>
        </w:rPr>
        <w:t xml:space="preserve"> or </w:t>
      </w:r>
      <w:r w:rsidRPr="00600FA7">
        <w:rPr>
          <w:rFonts w:asciiTheme="majorHAnsi" w:eastAsia="Calibri" w:hAnsiTheme="majorHAnsi" w:cstheme="majorHAnsi"/>
          <w:lang w:val="en-GB"/>
        </w:rPr>
        <w:t>stored.</w:t>
      </w:r>
    </w:p>
    <w:p w14:paraId="7D7636C1" w14:textId="77777777" w:rsidR="00FF65EF" w:rsidRDefault="00FF65EF" w:rsidP="00FF65EF">
      <w:pPr>
        <w:spacing w:after="0"/>
        <w:rPr>
          <w:rFonts w:asciiTheme="majorHAnsi" w:eastAsia="Calibri" w:hAnsiTheme="majorHAnsi" w:cstheme="majorHAnsi"/>
          <w:lang w:val="en-GB"/>
        </w:rPr>
      </w:pPr>
    </w:p>
    <w:p w14:paraId="46BEAB6E" w14:textId="20A18CF6" w:rsidR="003D2E7C" w:rsidRDefault="003D10F3" w:rsidP="00FF65EF">
      <w:pPr>
        <w:spacing w:after="0"/>
        <w:rPr>
          <w:rFonts w:asciiTheme="majorHAnsi" w:hAnsiTheme="majorHAnsi" w:cstheme="majorHAnsi"/>
        </w:rPr>
      </w:pPr>
      <w:r w:rsidRPr="00494C3F">
        <w:rPr>
          <w:rFonts w:asciiTheme="majorHAnsi" w:hAnsiTheme="majorHAnsi" w:cstheme="majorHAnsi"/>
        </w:rPr>
        <w:t>We are committed to protecting your personal data and handling any concerns fairly and transparently. Please use this form to raise a data protection complaint.</w:t>
      </w:r>
    </w:p>
    <w:p w14:paraId="7CDAA6EE" w14:textId="77777777" w:rsidR="00630F64" w:rsidRDefault="00630F64" w:rsidP="00FF65EF">
      <w:pPr>
        <w:spacing w:after="0"/>
        <w:rPr>
          <w:rFonts w:asciiTheme="majorHAnsi" w:hAnsiTheme="majorHAnsi" w:cstheme="majorHAnsi"/>
        </w:rPr>
      </w:pPr>
    </w:p>
    <w:p w14:paraId="0A47ED7B" w14:textId="77777777" w:rsidR="00630F64" w:rsidRPr="00630F64" w:rsidRDefault="00630F64" w:rsidP="00630F64">
      <w:pPr>
        <w:pStyle w:val="NoSpacing"/>
        <w:rPr>
          <w:rFonts w:asciiTheme="majorHAnsi" w:hAnsiTheme="majorHAnsi" w:cstheme="majorHAnsi"/>
          <w:lang w:val="en-GB"/>
        </w:rPr>
      </w:pPr>
      <w:r w:rsidRPr="00630F64">
        <w:rPr>
          <w:rFonts w:asciiTheme="majorHAnsi" w:hAnsiTheme="majorHAnsi" w:cstheme="majorHAnsi"/>
          <w:lang w:val="en-GB"/>
        </w:rPr>
        <w:t>Please note that the use of this form is not mandatory for the submission of a complaint. However, completing this form and providing as much information as possible will help us to understand your concerns fully and ensure they are considered appropriately.</w:t>
      </w:r>
    </w:p>
    <w:p w14:paraId="695932F9" w14:textId="77777777" w:rsidR="00630F64" w:rsidRDefault="00630F64" w:rsidP="00630F64">
      <w:pPr>
        <w:pStyle w:val="NoSpacing"/>
      </w:pPr>
    </w:p>
    <w:p w14:paraId="732BDDA3" w14:textId="77777777" w:rsidR="00630F64" w:rsidRDefault="00630F64" w:rsidP="00630F64">
      <w:pPr>
        <w:pStyle w:val="NoSpacing"/>
      </w:pPr>
    </w:p>
    <w:p w14:paraId="44A9AA37" w14:textId="77777777" w:rsidR="00D310F1" w:rsidRDefault="00D310F1" w:rsidP="00D310F1">
      <w:pPr>
        <w:pStyle w:val="NoSpacing"/>
      </w:pPr>
    </w:p>
    <w:p w14:paraId="3A70648D" w14:textId="77777777" w:rsidR="00D310F1" w:rsidRDefault="00D310F1" w:rsidP="00D310F1">
      <w:pPr>
        <w:pStyle w:val="NoSpacing"/>
      </w:pPr>
    </w:p>
    <w:p w14:paraId="7B5CB7BB" w14:textId="77777777" w:rsidR="00D310F1" w:rsidRDefault="00D310F1" w:rsidP="00D310F1">
      <w:pPr>
        <w:pStyle w:val="NoSpacing"/>
      </w:pPr>
    </w:p>
    <w:p w14:paraId="5935E213" w14:textId="77777777" w:rsidR="00D310F1" w:rsidRDefault="00D310F1" w:rsidP="00D310F1">
      <w:pPr>
        <w:pStyle w:val="NoSpacing"/>
      </w:pPr>
    </w:p>
    <w:p w14:paraId="3711B672" w14:textId="77777777" w:rsidR="00D310F1" w:rsidRDefault="00D310F1" w:rsidP="00D310F1">
      <w:pPr>
        <w:pStyle w:val="NoSpacing"/>
      </w:pPr>
    </w:p>
    <w:p w14:paraId="7E3DE4BC" w14:textId="77777777" w:rsidR="00D310F1" w:rsidRDefault="00D310F1" w:rsidP="00D310F1">
      <w:pPr>
        <w:pStyle w:val="NoSpacing"/>
      </w:pPr>
    </w:p>
    <w:p w14:paraId="7F5B5955" w14:textId="77777777" w:rsidR="00D310F1" w:rsidRDefault="00D310F1" w:rsidP="00D310F1">
      <w:pPr>
        <w:pStyle w:val="NoSpacing"/>
      </w:pPr>
    </w:p>
    <w:p w14:paraId="1BF3E0A8" w14:textId="77777777" w:rsidR="00D310F1" w:rsidRDefault="00D310F1" w:rsidP="00D310F1">
      <w:pPr>
        <w:pStyle w:val="NoSpacing"/>
      </w:pPr>
    </w:p>
    <w:p w14:paraId="38986EE5" w14:textId="77777777" w:rsidR="00D310F1" w:rsidRDefault="00D310F1" w:rsidP="00D310F1">
      <w:pPr>
        <w:pStyle w:val="NoSpacing"/>
      </w:pPr>
    </w:p>
    <w:p w14:paraId="1DE94A7B" w14:textId="77777777" w:rsidR="00D310F1" w:rsidRDefault="00D310F1" w:rsidP="00D310F1">
      <w:pPr>
        <w:pStyle w:val="NoSpacing"/>
      </w:pPr>
    </w:p>
    <w:p w14:paraId="5BA270A4" w14:textId="77777777" w:rsidR="005046D6" w:rsidRDefault="005046D6" w:rsidP="00D310F1">
      <w:pPr>
        <w:pStyle w:val="Heading1"/>
        <w:spacing w:before="0"/>
        <w:rPr>
          <w:rFonts w:cstheme="majorHAnsi"/>
          <w:color w:val="000000" w:themeColor="text1"/>
          <w:sz w:val="32"/>
          <w:szCs w:val="32"/>
        </w:rPr>
      </w:pPr>
    </w:p>
    <w:p w14:paraId="77F1C2F3" w14:textId="77777777" w:rsidR="005046D6" w:rsidRDefault="005046D6" w:rsidP="00D310F1">
      <w:pPr>
        <w:pStyle w:val="Heading1"/>
        <w:spacing w:before="0"/>
        <w:rPr>
          <w:rFonts w:cstheme="majorHAnsi"/>
          <w:color w:val="000000" w:themeColor="text1"/>
          <w:sz w:val="32"/>
          <w:szCs w:val="32"/>
        </w:rPr>
      </w:pPr>
    </w:p>
    <w:p w14:paraId="41DB4278" w14:textId="77777777" w:rsidR="005046D6" w:rsidRDefault="005046D6" w:rsidP="00D310F1">
      <w:pPr>
        <w:pStyle w:val="Heading1"/>
        <w:spacing w:before="0"/>
        <w:rPr>
          <w:rFonts w:cstheme="majorHAnsi"/>
          <w:color w:val="000000" w:themeColor="text1"/>
          <w:sz w:val="32"/>
          <w:szCs w:val="32"/>
        </w:rPr>
      </w:pPr>
    </w:p>
    <w:p w14:paraId="595FE30F" w14:textId="77777777" w:rsidR="005046D6" w:rsidRDefault="005046D6" w:rsidP="00D310F1">
      <w:pPr>
        <w:pStyle w:val="Heading1"/>
        <w:spacing w:before="0"/>
        <w:rPr>
          <w:rFonts w:cstheme="majorHAnsi"/>
          <w:color w:val="000000" w:themeColor="text1"/>
          <w:sz w:val="32"/>
          <w:szCs w:val="32"/>
        </w:rPr>
      </w:pPr>
    </w:p>
    <w:p w14:paraId="1BC3697D" w14:textId="1391BF2D" w:rsidR="003D2E7C" w:rsidRDefault="003D10F3" w:rsidP="00D310F1">
      <w:pPr>
        <w:pStyle w:val="Heading1"/>
        <w:spacing w:before="0"/>
        <w:rPr>
          <w:rFonts w:cstheme="majorHAnsi"/>
          <w:color w:val="000000" w:themeColor="text1"/>
          <w:sz w:val="32"/>
          <w:szCs w:val="32"/>
        </w:rPr>
      </w:pPr>
      <w:r w:rsidRPr="00494C3F">
        <w:rPr>
          <w:rFonts w:cstheme="majorHAnsi"/>
          <w:color w:val="000000" w:themeColor="text1"/>
          <w:sz w:val="32"/>
          <w:szCs w:val="32"/>
        </w:rPr>
        <w:t>Section 1: Your Details</w:t>
      </w:r>
    </w:p>
    <w:p w14:paraId="438A2649" w14:textId="060E351F" w:rsidR="00A51F18" w:rsidRPr="00A51F18" w:rsidRDefault="00A51F18" w:rsidP="00A51F18">
      <w:pPr>
        <w:rPr>
          <w:rFonts w:asciiTheme="majorHAnsi" w:hAnsiTheme="majorHAnsi" w:cstheme="majorHAnsi"/>
          <w:color w:val="000000" w:themeColor="text1"/>
          <w:lang w:val="en-GB"/>
        </w:rPr>
      </w:pPr>
      <w:r>
        <w:rPr>
          <w:rFonts w:asciiTheme="majorHAnsi" w:hAnsiTheme="majorHAnsi" w:cstheme="majorHAnsi"/>
          <w:color w:val="000000" w:themeColor="text1"/>
          <w:lang w:val="en-GB"/>
        </w:rPr>
        <w:t>About yourself</w:t>
      </w:r>
      <w:r w:rsidRPr="00A51F18">
        <w:rPr>
          <w:rFonts w:asciiTheme="majorHAnsi" w:hAnsiTheme="majorHAnsi" w:cstheme="majorHAnsi"/>
          <w:color w:val="000000" w:themeColor="text1"/>
          <w:lang w:val="en-GB"/>
        </w:rPr>
        <w:t xml:space="preserve"> (Please use block capitals and black ink). This information will help us identify any relevant records and effectively process the complaint.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6"/>
        <w:gridCol w:w="5374"/>
      </w:tblGrid>
      <w:tr w:rsidR="00A51F18" w:rsidRPr="00A51F18" w14:paraId="298436AE" w14:textId="77777777" w:rsidTr="00A51F18">
        <w:trPr>
          <w:trHeight w:val="819"/>
        </w:trPr>
        <w:tc>
          <w:tcPr>
            <w:tcW w:w="3256" w:type="dxa"/>
          </w:tcPr>
          <w:p w14:paraId="7CDEC72A" w14:textId="77777777" w:rsidR="00A51F18" w:rsidRPr="00A51F18" w:rsidRDefault="00A51F18" w:rsidP="00A51F18">
            <w:pPr>
              <w:rPr>
                <w:rFonts w:asciiTheme="majorHAnsi" w:hAnsiTheme="majorHAnsi" w:cstheme="majorHAnsi"/>
              </w:rPr>
            </w:pPr>
            <w:r w:rsidRPr="00A51F18">
              <w:rPr>
                <w:rFonts w:asciiTheme="majorHAnsi" w:hAnsiTheme="majorHAnsi" w:cstheme="majorHAnsi"/>
              </w:rPr>
              <w:t xml:space="preserve">Title  </w:t>
            </w:r>
          </w:p>
          <w:p w14:paraId="098B9DCF" w14:textId="77777777" w:rsidR="00A51F18" w:rsidRPr="00A51F18" w:rsidRDefault="00A51F18" w:rsidP="00A51F18">
            <w:pPr>
              <w:rPr>
                <w:rFonts w:asciiTheme="majorHAnsi" w:hAnsiTheme="majorHAnsi" w:cstheme="majorHAnsi"/>
              </w:rPr>
            </w:pPr>
            <w:r w:rsidRPr="00A51F18">
              <w:rPr>
                <w:rFonts w:asciiTheme="majorHAnsi" w:hAnsiTheme="majorHAnsi" w:cstheme="majorHAnsi"/>
              </w:rPr>
              <w:t>(Mr /Mrs /Miss /</w:t>
            </w:r>
            <w:proofErr w:type="spellStart"/>
            <w:r w:rsidRPr="00A51F18">
              <w:rPr>
                <w:rFonts w:asciiTheme="majorHAnsi" w:hAnsiTheme="majorHAnsi" w:cstheme="majorHAnsi"/>
              </w:rPr>
              <w:t>Ms</w:t>
            </w:r>
            <w:proofErr w:type="spellEnd"/>
            <w:r w:rsidRPr="00A51F18">
              <w:rPr>
                <w:rFonts w:asciiTheme="majorHAnsi" w:hAnsiTheme="majorHAnsi" w:cstheme="majorHAnsi"/>
              </w:rPr>
              <w:t xml:space="preserve"> /Dr /Rev </w:t>
            </w:r>
            <w:proofErr w:type="spellStart"/>
            <w:r w:rsidRPr="00A51F18">
              <w:rPr>
                <w:rFonts w:asciiTheme="majorHAnsi" w:hAnsiTheme="majorHAnsi" w:cstheme="majorHAnsi"/>
              </w:rPr>
              <w:t>etc</w:t>
            </w:r>
            <w:proofErr w:type="spellEnd"/>
            <w:r w:rsidRPr="00A51F18">
              <w:rPr>
                <w:rFonts w:asciiTheme="majorHAnsi" w:hAnsiTheme="majorHAnsi" w:cstheme="majorHAnsi"/>
              </w:rPr>
              <w:t>)</w:t>
            </w:r>
          </w:p>
        </w:tc>
        <w:tc>
          <w:tcPr>
            <w:tcW w:w="5374" w:type="dxa"/>
          </w:tcPr>
          <w:p w14:paraId="4C31B1F1" w14:textId="77777777" w:rsidR="00A51F18" w:rsidRPr="00A51F18" w:rsidRDefault="00A51F18" w:rsidP="00A51F18">
            <w:pPr>
              <w:rPr>
                <w:rFonts w:asciiTheme="majorHAnsi" w:hAnsiTheme="majorHAnsi" w:cstheme="majorHAnsi"/>
                <w:lang w:val="en-GB"/>
              </w:rPr>
            </w:pPr>
          </w:p>
        </w:tc>
      </w:tr>
    </w:tbl>
    <w:p w14:paraId="503279AA" w14:textId="77777777" w:rsidR="00A51F18" w:rsidRPr="00A51F18" w:rsidRDefault="00A51F18" w:rsidP="00A51F18">
      <w:pPr>
        <w:rPr>
          <w:rFonts w:asciiTheme="majorHAnsi" w:hAnsiTheme="majorHAnsi" w:cstheme="majorHAnsi"/>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1"/>
        <w:gridCol w:w="5689"/>
      </w:tblGrid>
      <w:tr w:rsidR="00A51F18" w:rsidRPr="00A51F18" w14:paraId="1E5A6BD1" w14:textId="77777777" w:rsidTr="008B58E9">
        <w:trPr>
          <w:trHeight w:val="624"/>
        </w:trPr>
        <w:tc>
          <w:tcPr>
            <w:tcW w:w="3256" w:type="dxa"/>
          </w:tcPr>
          <w:p w14:paraId="3B726166" w14:textId="77777777" w:rsidR="00A51F18" w:rsidRPr="00A51F18" w:rsidRDefault="00A51F18" w:rsidP="00A51F18">
            <w:pPr>
              <w:rPr>
                <w:rFonts w:asciiTheme="majorHAnsi" w:hAnsiTheme="majorHAnsi" w:cstheme="majorHAnsi"/>
                <w:lang w:val="en-GB"/>
              </w:rPr>
            </w:pPr>
            <w:r w:rsidRPr="00A51F18">
              <w:rPr>
                <w:rFonts w:asciiTheme="majorHAnsi" w:hAnsiTheme="majorHAnsi" w:cstheme="majorHAnsi"/>
                <w:lang w:val="en-GB"/>
              </w:rPr>
              <w:t>Surname/Family Name</w:t>
            </w:r>
          </w:p>
        </w:tc>
        <w:tc>
          <w:tcPr>
            <w:tcW w:w="7058" w:type="dxa"/>
          </w:tcPr>
          <w:p w14:paraId="2E0F5C73" w14:textId="77777777" w:rsidR="00A51F18" w:rsidRPr="00A51F18" w:rsidRDefault="00A51F18" w:rsidP="00A51F18">
            <w:pPr>
              <w:rPr>
                <w:rFonts w:asciiTheme="majorHAnsi" w:hAnsiTheme="majorHAnsi" w:cstheme="majorHAnsi"/>
                <w:lang w:val="en-GB"/>
              </w:rPr>
            </w:pPr>
          </w:p>
        </w:tc>
      </w:tr>
      <w:tr w:rsidR="00A51F18" w:rsidRPr="00A51F18" w14:paraId="20B008AF" w14:textId="77777777" w:rsidTr="008B58E9">
        <w:trPr>
          <w:trHeight w:val="624"/>
        </w:trPr>
        <w:tc>
          <w:tcPr>
            <w:tcW w:w="3256" w:type="dxa"/>
          </w:tcPr>
          <w:p w14:paraId="0DE6E1B5" w14:textId="77777777" w:rsidR="00A51F18" w:rsidRPr="00A51F18" w:rsidRDefault="00A51F18" w:rsidP="00A51F18">
            <w:pPr>
              <w:rPr>
                <w:rFonts w:asciiTheme="majorHAnsi" w:hAnsiTheme="majorHAnsi" w:cstheme="majorHAnsi"/>
                <w:lang w:val="en-GB"/>
              </w:rPr>
            </w:pPr>
            <w:r w:rsidRPr="00A51F18">
              <w:rPr>
                <w:rFonts w:asciiTheme="majorHAnsi" w:hAnsiTheme="majorHAnsi" w:cstheme="majorHAnsi"/>
                <w:lang w:val="en-GB"/>
              </w:rPr>
              <w:t>First Name(s)</w:t>
            </w:r>
          </w:p>
        </w:tc>
        <w:tc>
          <w:tcPr>
            <w:tcW w:w="7058" w:type="dxa"/>
          </w:tcPr>
          <w:p w14:paraId="6D6D99BE" w14:textId="77777777" w:rsidR="00A51F18" w:rsidRPr="00A51F18" w:rsidRDefault="00A51F18" w:rsidP="00A51F18">
            <w:pPr>
              <w:rPr>
                <w:rFonts w:asciiTheme="majorHAnsi" w:hAnsiTheme="majorHAnsi" w:cstheme="majorHAnsi"/>
                <w:lang w:val="en-GB"/>
              </w:rPr>
            </w:pPr>
          </w:p>
        </w:tc>
      </w:tr>
      <w:tr w:rsidR="00A51F18" w:rsidRPr="00A51F18" w14:paraId="12D750F3" w14:textId="77777777" w:rsidTr="008B58E9">
        <w:trPr>
          <w:trHeight w:val="609"/>
        </w:trPr>
        <w:tc>
          <w:tcPr>
            <w:tcW w:w="3256" w:type="dxa"/>
          </w:tcPr>
          <w:p w14:paraId="1C49E264" w14:textId="77777777" w:rsidR="00A51F18" w:rsidRPr="00A51F18" w:rsidRDefault="00A51F18" w:rsidP="00A51F18">
            <w:pPr>
              <w:rPr>
                <w:rFonts w:asciiTheme="majorHAnsi" w:hAnsiTheme="majorHAnsi" w:cstheme="majorHAnsi"/>
                <w:lang w:val="en-GB"/>
              </w:rPr>
            </w:pPr>
            <w:r w:rsidRPr="00A51F18">
              <w:rPr>
                <w:rFonts w:asciiTheme="majorHAnsi" w:hAnsiTheme="majorHAnsi" w:cstheme="majorHAnsi"/>
                <w:lang w:val="en-GB"/>
              </w:rPr>
              <w:t xml:space="preserve">Maiden/Former Name(s) </w:t>
            </w:r>
          </w:p>
          <w:p w14:paraId="597ECE60" w14:textId="77777777" w:rsidR="00A51F18" w:rsidRPr="00A51F18" w:rsidRDefault="00A51F18" w:rsidP="00A51F18">
            <w:pPr>
              <w:rPr>
                <w:rFonts w:asciiTheme="majorHAnsi" w:hAnsiTheme="majorHAnsi" w:cstheme="majorHAnsi"/>
              </w:rPr>
            </w:pPr>
            <w:r w:rsidRPr="00A51F18">
              <w:rPr>
                <w:rFonts w:asciiTheme="majorHAnsi" w:hAnsiTheme="majorHAnsi" w:cstheme="majorHAnsi"/>
                <w:lang w:val="en-GB"/>
              </w:rPr>
              <w:t>(if applicable)</w:t>
            </w:r>
          </w:p>
        </w:tc>
        <w:tc>
          <w:tcPr>
            <w:tcW w:w="7058" w:type="dxa"/>
          </w:tcPr>
          <w:p w14:paraId="70C00D9E" w14:textId="77777777" w:rsidR="00A51F18" w:rsidRPr="00A51F18" w:rsidRDefault="00A51F18" w:rsidP="00A51F18">
            <w:pPr>
              <w:rPr>
                <w:rFonts w:asciiTheme="majorHAnsi" w:hAnsiTheme="majorHAnsi" w:cstheme="majorHAnsi"/>
                <w:lang w:val="en-GB"/>
              </w:rPr>
            </w:pPr>
          </w:p>
        </w:tc>
      </w:tr>
    </w:tbl>
    <w:p w14:paraId="28FCAACF" w14:textId="77777777" w:rsidR="00C75EC5" w:rsidRDefault="00C75EC5">
      <w:pPr>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53"/>
        <w:gridCol w:w="5777"/>
      </w:tblGrid>
      <w:tr w:rsidR="00A51F18" w:rsidRPr="00A11A4F" w14:paraId="4FBC71DB" w14:textId="77777777" w:rsidTr="008B58E9">
        <w:tc>
          <w:tcPr>
            <w:tcW w:w="3256" w:type="dxa"/>
          </w:tcPr>
          <w:p w14:paraId="0AB1F14C" w14:textId="77777777" w:rsidR="00A51F18" w:rsidRPr="00A51F18" w:rsidRDefault="00A51F18" w:rsidP="008B58E9">
            <w:pPr>
              <w:rPr>
                <w:rFonts w:asciiTheme="majorHAnsi" w:hAnsiTheme="majorHAnsi" w:cstheme="majorHAnsi"/>
                <w:color w:val="000000" w:themeColor="text1"/>
              </w:rPr>
            </w:pPr>
            <w:r w:rsidRPr="00A51F18">
              <w:rPr>
                <w:rFonts w:asciiTheme="majorHAnsi" w:hAnsiTheme="majorHAnsi" w:cstheme="majorHAnsi"/>
                <w:color w:val="000000" w:themeColor="text1"/>
              </w:rPr>
              <w:t xml:space="preserve">Home Address </w:t>
            </w:r>
          </w:p>
          <w:p w14:paraId="6782A4C2" w14:textId="77777777" w:rsidR="00A51F18" w:rsidRPr="00A51F18" w:rsidRDefault="00A51F18" w:rsidP="008B58E9">
            <w:pPr>
              <w:rPr>
                <w:rFonts w:asciiTheme="majorHAnsi" w:hAnsiTheme="majorHAnsi" w:cstheme="majorHAnsi"/>
                <w:color w:val="000000" w:themeColor="text1"/>
              </w:rPr>
            </w:pPr>
            <w:r w:rsidRPr="00A51F18">
              <w:rPr>
                <w:rFonts w:asciiTheme="majorHAnsi" w:hAnsiTheme="majorHAnsi" w:cstheme="majorHAnsi"/>
                <w:color w:val="000000" w:themeColor="text1"/>
              </w:rPr>
              <w:t>(Include Postcode)</w:t>
            </w:r>
          </w:p>
          <w:p w14:paraId="19F79081" w14:textId="77777777" w:rsidR="00A51F18" w:rsidRPr="00A11A4F" w:rsidRDefault="00A51F18" w:rsidP="008B58E9">
            <w:pPr>
              <w:rPr>
                <w:color w:val="000000" w:themeColor="text1"/>
              </w:rPr>
            </w:pPr>
          </w:p>
        </w:tc>
        <w:tc>
          <w:tcPr>
            <w:tcW w:w="7058" w:type="dxa"/>
          </w:tcPr>
          <w:p w14:paraId="496F592A" w14:textId="77777777" w:rsidR="00A51F18" w:rsidRPr="00A11A4F" w:rsidRDefault="00A51F18" w:rsidP="008B58E9">
            <w:pPr>
              <w:rPr>
                <w:color w:val="000000" w:themeColor="text1"/>
              </w:rPr>
            </w:pPr>
          </w:p>
        </w:tc>
      </w:tr>
    </w:tbl>
    <w:p w14:paraId="4C87A42B" w14:textId="77777777" w:rsidR="00A51F18" w:rsidRDefault="00A51F18">
      <w:pPr>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85"/>
        <w:gridCol w:w="5745"/>
      </w:tblGrid>
      <w:tr w:rsidR="00A51F18" w:rsidRPr="00A11A4F" w14:paraId="235B9F74" w14:textId="77777777" w:rsidTr="008B58E9">
        <w:tc>
          <w:tcPr>
            <w:tcW w:w="3256" w:type="dxa"/>
          </w:tcPr>
          <w:p w14:paraId="7CA54865" w14:textId="07268588" w:rsidR="00A51F18" w:rsidRPr="00A51F18" w:rsidRDefault="00A51F18" w:rsidP="00A51F18">
            <w:pPr>
              <w:rPr>
                <w:rFonts w:asciiTheme="majorHAnsi" w:hAnsiTheme="majorHAnsi" w:cstheme="majorHAnsi"/>
                <w:color w:val="000000" w:themeColor="text1"/>
              </w:rPr>
            </w:pPr>
            <w:r w:rsidRPr="00A51F18">
              <w:rPr>
                <w:rFonts w:asciiTheme="majorHAnsi" w:hAnsiTheme="majorHAnsi" w:cstheme="majorHAnsi"/>
                <w:color w:val="000000" w:themeColor="text1"/>
              </w:rPr>
              <w:t>Relationship with the school (e.g. parent</w:t>
            </w:r>
            <w:r>
              <w:rPr>
                <w:rFonts w:asciiTheme="majorHAnsi" w:hAnsiTheme="majorHAnsi" w:cstheme="majorHAnsi"/>
                <w:color w:val="000000" w:themeColor="text1"/>
              </w:rPr>
              <w:t>,</w:t>
            </w:r>
            <w:r w:rsidR="00732CEC">
              <w:rPr>
                <w:rFonts w:asciiTheme="majorHAnsi" w:hAnsiTheme="majorHAnsi" w:cstheme="majorHAnsi"/>
                <w:color w:val="000000" w:themeColor="text1"/>
              </w:rPr>
              <w:t xml:space="preserve"> </w:t>
            </w:r>
            <w:r w:rsidRPr="00A51F18">
              <w:rPr>
                <w:rFonts w:asciiTheme="majorHAnsi" w:hAnsiTheme="majorHAnsi" w:cstheme="majorHAnsi"/>
                <w:color w:val="000000" w:themeColor="text1"/>
              </w:rPr>
              <w:t>teacher</w:t>
            </w:r>
            <w:r>
              <w:rPr>
                <w:rFonts w:asciiTheme="majorHAnsi" w:hAnsiTheme="majorHAnsi" w:cstheme="majorHAnsi"/>
                <w:color w:val="000000" w:themeColor="text1"/>
              </w:rPr>
              <w:t>,</w:t>
            </w:r>
            <w:r w:rsidR="00732CEC">
              <w:rPr>
                <w:rFonts w:asciiTheme="majorHAnsi" w:hAnsiTheme="majorHAnsi" w:cstheme="majorHAnsi"/>
                <w:color w:val="000000" w:themeColor="text1"/>
              </w:rPr>
              <w:t xml:space="preserve"> </w:t>
            </w:r>
            <w:r w:rsidRPr="00A51F18">
              <w:rPr>
                <w:rFonts w:asciiTheme="majorHAnsi" w:hAnsiTheme="majorHAnsi" w:cstheme="majorHAnsi"/>
                <w:color w:val="000000" w:themeColor="text1"/>
              </w:rPr>
              <w:t>student)</w:t>
            </w:r>
          </w:p>
          <w:p w14:paraId="3BAB991B" w14:textId="125D7CE8" w:rsidR="00A51F18" w:rsidRPr="00A51F18" w:rsidRDefault="00A51F18" w:rsidP="00A51F18">
            <w:pPr>
              <w:rPr>
                <w:rFonts w:asciiTheme="majorHAnsi" w:hAnsiTheme="majorHAnsi" w:cstheme="majorHAnsi"/>
                <w:color w:val="FF0000"/>
              </w:rPr>
            </w:pPr>
          </w:p>
        </w:tc>
        <w:tc>
          <w:tcPr>
            <w:tcW w:w="7058" w:type="dxa"/>
          </w:tcPr>
          <w:p w14:paraId="411D7D45" w14:textId="77777777" w:rsidR="00A51F18" w:rsidRPr="00A11A4F" w:rsidRDefault="00A51F18" w:rsidP="008B58E9">
            <w:pPr>
              <w:rPr>
                <w:color w:val="000000" w:themeColor="text1"/>
              </w:rPr>
            </w:pPr>
          </w:p>
        </w:tc>
      </w:tr>
    </w:tbl>
    <w:p w14:paraId="133224CB" w14:textId="77777777" w:rsidR="00600FA7" w:rsidRDefault="00600FA7">
      <w:pPr>
        <w:rPr>
          <w:rFonts w:asciiTheme="majorHAnsi" w:hAnsiTheme="majorHAnsi" w:cstheme="majorHAnsi"/>
        </w:rPr>
      </w:pPr>
    </w:p>
    <w:tbl>
      <w:tblPr>
        <w:tblW w:w="8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6"/>
        <w:gridCol w:w="5386"/>
      </w:tblGrid>
      <w:tr w:rsidR="00A51F18" w:rsidRPr="00A11A4F" w14:paraId="3FE0890B" w14:textId="77777777" w:rsidTr="00A51F18">
        <w:tc>
          <w:tcPr>
            <w:tcW w:w="3256" w:type="dxa"/>
          </w:tcPr>
          <w:p w14:paraId="2E71F771" w14:textId="77777777" w:rsidR="00A51F18" w:rsidRPr="00A51F18" w:rsidRDefault="00A51F18" w:rsidP="008B58E9">
            <w:pPr>
              <w:rPr>
                <w:rFonts w:asciiTheme="majorHAnsi" w:hAnsiTheme="majorHAnsi" w:cstheme="majorHAnsi"/>
                <w:color w:val="000000" w:themeColor="text1"/>
              </w:rPr>
            </w:pPr>
            <w:r w:rsidRPr="00A51F18">
              <w:rPr>
                <w:rFonts w:asciiTheme="majorHAnsi" w:hAnsiTheme="majorHAnsi" w:cstheme="majorHAnsi"/>
                <w:color w:val="000000" w:themeColor="text1"/>
              </w:rPr>
              <w:t>Contact telephone number</w:t>
            </w:r>
          </w:p>
        </w:tc>
        <w:tc>
          <w:tcPr>
            <w:tcW w:w="5386" w:type="dxa"/>
          </w:tcPr>
          <w:p w14:paraId="652E64DE" w14:textId="77777777" w:rsidR="00A51F18" w:rsidRPr="00A11A4F" w:rsidRDefault="00A51F18" w:rsidP="008B58E9">
            <w:pPr>
              <w:rPr>
                <w:color w:val="000000" w:themeColor="text1"/>
              </w:rPr>
            </w:pPr>
          </w:p>
        </w:tc>
      </w:tr>
      <w:tr w:rsidR="00A51F18" w:rsidRPr="00A11A4F" w14:paraId="08C26D14" w14:textId="77777777" w:rsidTr="00A51F18">
        <w:tc>
          <w:tcPr>
            <w:tcW w:w="3256" w:type="dxa"/>
          </w:tcPr>
          <w:p w14:paraId="23F63028" w14:textId="77777777" w:rsidR="00A51F18" w:rsidRPr="00A51F18" w:rsidRDefault="00A51F18" w:rsidP="008B58E9">
            <w:pPr>
              <w:rPr>
                <w:rFonts w:ascii="Calibri" w:hAnsi="Calibri" w:cs="Calibri"/>
                <w:color w:val="000000" w:themeColor="text1"/>
              </w:rPr>
            </w:pPr>
            <w:r w:rsidRPr="00A51F18">
              <w:rPr>
                <w:rFonts w:ascii="Calibri" w:hAnsi="Calibri" w:cs="Calibri"/>
                <w:color w:val="000000" w:themeColor="text1"/>
              </w:rPr>
              <w:t>Contact e mail address</w:t>
            </w:r>
          </w:p>
        </w:tc>
        <w:tc>
          <w:tcPr>
            <w:tcW w:w="5386" w:type="dxa"/>
          </w:tcPr>
          <w:p w14:paraId="36A23B1C" w14:textId="77777777" w:rsidR="00A51F18" w:rsidRPr="00A11A4F" w:rsidRDefault="00A51F18" w:rsidP="008B58E9">
            <w:pPr>
              <w:rPr>
                <w:color w:val="000000" w:themeColor="text1"/>
              </w:rPr>
            </w:pPr>
          </w:p>
        </w:tc>
      </w:tr>
    </w:tbl>
    <w:p w14:paraId="05B4FCE3" w14:textId="77777777" w:rsidR="00354A4D" w:rsidRDefault="00354A4D" w:rsidP="00354A4D">
      <w:pPr>
        <w:pStyle w:val="Heading1"/>
        <w:spacing w:before="0"/>
        <w:rPr>
          <w:color w:val="000000" w:themeColor="text1"/>
          <w:sz w:val="32"/>
          <w:szCs w:val="32"/>
        </w:rPr>
      </w:pPr>
    </w:p>
    <w:p w14:paraId="6ED58B75" w14:textId="77777777" w:rsidR="00354A4D" w:rsidRDefault="00354A4D" w:rsidP="00354A4D"/>
    <w:p w14:paraId="63A7B65C" w14:textId="77777777" w:rsidR="00A51F18" w:rsidRDefault="00A51F18" w:rsidP="00354A4D"/>
    <w:p w14:paraId="71D7A730" w14:textId="2D5735BA" w:rsidR="003D2E7C" w:rsidRPr="00494C3F" w:rsidRDefault="003D10F3" w:rsidP="00354A4D">
      <w:pPr>
        <w:pStyle w:val="Heading1"/>
        <w:spacing w:before="0"/>
        <w:rPr>
          <w:color w:val="000000" w:themeColor="text1"/>
          <w:sz w:val="32"/>
          <w:szCs w:val="32"/>
        </w:rPr>
      </w:pPr>
      <w:r w:rsidRPr="00494C3F">
        <w:rPr>
          <w:color w:val="000000" w:themeColor="text1"/>
          <w:sz w:val="32"/>
          <w:szCs w:val="32"/>
        </w:rPr>
        <w:t xml:space="preserve">Section </w:t>
      </w:r>
      <w:r w:rsidR="00354A4D">
        <w:rPr>
          <w:color w:val="000000" w:themeColor="text1"/>
          <w:sz w:val="32"/>
          <w:szCs w:val="32"/>
        </w:rPr>
        <w:t>2</w:t>
      </w:r>
      <w:r w:rsidRPr="00494C3F">
        <w:rPr>
          <w:color w:val="000000" w:themeColor="text1"/>
          <w:sz w:val="32"/>
          <w:szCs w:val="32"/>
        </w:rPr>
        <w:t>: Details of Your Complaint</w:t>
      </w:r>
    </w:p>
    <w:p w14:paraId="7935C782" w14:textId="7B5E9DC3" w:rsidR="003D2E7C" w:rsidRDefault="003D10F3">
      <w:pPr>
        <w:rPr>
          <w:rFonts w:asciiTheme="majorHAnsi" w:hAnsiTheme="majorHAnsi" w:cstheme="majorHAnsi"/>
        </w:rPr>
      </w:pPr>
      <w:r w:rsidRPr="00494C3F">
        <w:rPr>
          <w:rFonts w:asciiTheme="majorHAnsi" w:hAnsiTheme="majorHAnsi" w:cstheme="majorHAnsi"/>
        </w:rPr>
        <w:t>What is your complaint about?</w:t>
      </w:r>
    </w:p>
    <w:p w14:paraId="2BEA9121" w14:textId="13D9A267" w:rsidR="00A51F18" w:rsidRPr="00A51F18" w:rsidRDefault="00804778" w:rsidP="00A51F18">
      <w:pPr>
        <w:rPr>
          <w:rFonts w:asciiTheme="majorHAnsi" w:hAnsiTheme="majorHAnsi" w:cstheme="majorHAnsi"/>
          <w:i/>
          <w:iCs/>
        </w:rPr>
      </w:pPr>
      <w:r>
        <w:rPr>
          <w:rFonts w:asciiTheme="majorHAnsi" w:hAnsiTheme="majorHAnsi" w:cstheme="majorHAnsi"/>
          <w:i/>
          <w:iCs/>
        </w:rPr>
        <w:t>If your complaint relates to a Subject Access Request or Personal Data Breach, please reference this here</w:t>
      </w:r>
      <w:r w:rsidR="00435293">
        <w:rPr>
          <w:rFonts w:asciiTheme="majorHAnsi" w:hAnsiTheme="majorHAnsi" w:cstheme="majorHAnsi"/>
          <w:i/>
          <w:iCs/>
        </w:rPr>
        <w:t>.</w:t>
      </w:r>
    </w:p>
    <w:tbl>
      <w:tblPr>
        <w:tblW w:w="8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2"/>
      </w:tblGrid>
      <w:tr w:rsidR="00A51F18" w:rsidRPr="00A11A4F" w14:paraId="12CEC09C" w14:textId="77777777" w:rsidTr="00A51F18">
        <w:trPr>
          <w:trHeight w:val="2614"/>
        </w:trPr>
        <w:tc>
          <w:tcPr>
            <w:tcW w:w="8642" w:type="dxa"/>
          </w:tcPr>
          <w:p w14:paraId="60CE6A5D" w14:textId="77777777" w:rsidR="00A51F18" w:rsidRPr="00A11A4F" w:rsidRDefault="00A51F18" w:rsidP="008B58E9">
            <w:pPr>
              <w:rPr>
                <w:color w:val="000000" w:themeColor="text1"/>
              </w:rPr>
            </w:pPr>
          </w:p>
          <w:p w14:paraId="69D367A5" w14:textId="77777777" w:rsidR="00A51F18" w:rsidRPr="00A11A4F" w:rsidRDefault="00A51F18" w:rsidP="008B58E9">
            <w:pPr>
              <w:rPr>
                <w:color w:val="000000" w:themeColor="text1"/>
              </w:rPr>
            </w:pPr>
          </w:p>
          <w:p w14:paraId="6E3C1A6D" w14:textId="77777777" w:rsidR="00A51F18" w:rsidRPr="00A11A4F" w:rsidRDefault="00A51F18" w:rsidP="008B58E9">
            <w:pPr>
              <w:rPr>
                <w:color w:val="000000" w:themeColor="text1"/>
              </w:rPr>
            </w:pPr>
          </w:p>
        </w:tc>
      </w:tr>
    </w:tbl>
    <w:p w14:paraId="5899EA32" w14:textId="77777777" w:rsidR="00C75EC5" w:rsidRDefault="00C75EC5">
      <w:pPr>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60"/>
        <w:gridCol w:w="5770"/>
      </w:tblGrid>
      <w:tr w:rsidR="00A51F18" w:rsidRPr="00A11A4F" w14:paraId="5775DC7C" w14:textId="77777777" w:rsidTr="008B58E9">
        <w:tc>
          <w:tcPr>
            <w:tcW w:w="3256" w:type="dxa"/>
          </w:tcPr>
          <w:p w14:paraId="29084EF1" w14:textId="1F37F388" w:rsidR="00A51F18" w:rsidRDefault="00A51F18" w:rsidP="00A51F18">
            <w:pPr>
              <w:rPr>
                <w:rFonts w:asciiTheme="majorHAnsi" w:hAnsiTheme="majorHAnsi" w:cstheme="majorHAnsi"/>
                <w:lang w:val="en-GB"/>
              </w:rPr>
            </w:pPr>
            <w:r w:rsidRPr="00494C3F">
              <w:rPr>
                <w:rFonts w:asciiTheme="majorHAnsi" w:hAnsiTheme="majorHAnsi" w:cstheme="majorHAnsi"/>
              </w:rPr>
              <w:t>Who does this complaint relate to?</w:t>
            </w:r>
            <w:r>
              <w:rPr>
                <w:rFonts w:asciiTheme="majorHAnsi" w:hAnsiTheme="majorHAnsi" w:cstheme="majorHAnsi"/>
              </w:rPr>
              <w:t xml:space="preserve"> </w:t>
            </w:r>
            <w:r w:rsidRPr="00FF65EF">
              <w:rPr>
                <w:rFonts w:asciiTheme="majorHAnsi" w:hAnsiTheme="majorHAnsi" w:cstheme="majorHAnsi"/>
                <w:lang w:val="en-GB"/>
              </w:rPr>
              <w:t>(e.g. yourself, your child, another individual)</w:t>
            </w:r>
          </w:p>
          <w:p w14:paraId="574EB69E" w14:textId="26B54611" w:rsidR="00A51F18" w:rsidRPr="00A51F18" w:rsidRDefault="00A51F18" w:rsidP="00A51F18">
            <w:pPr>
              <w:rPr>
                <w:rFonts w:asciiTheme="majorHAnsi" w:hAnsiTheme="majorHAnsi" w:cstheme="majorHAnsi"/>
                <w:lang w:val="en-GB"/>
              </w:rPr>
            </w:pPr>
          </w:p>
        </w:tc>
        <w:tc>
          <w:tcPr>
            <w:tcW w:w="7058" w:type="dxa"/>
          </w:tcPr>
          <w:p w14:paraId="01C0AB3C" w14:textId="77777777" w:rsidR="00A51F18" w:rsidRPr="00A11A4F" w:rsidRDefault="00A51F18" w:rsidP="008B58E9">
            <w:pPr>
              <w:rPr>
                <w:color w:val="000000" w:themeColor="text1"/>
              </w:rPr>
            </w:pPr>
          </w:p>
        </w:tc>
      </w:tr>
    </w:tbl>
    <w:p w14:paraId="33A29A44" w14:textId="77777777" w:rsidR="00354A4D" w:rsidRDefault="00354A4D">
      <w:pPr>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85"/>
        <w:gridCol w:w="5745"/>
      </w:tblGrid>
      <w:tr w:rsidR="00A51F18" w:rsidRPr="00A11A4F" w14:paraId="14364668" w14:textId="77777777" w:rsidTr="008B58E9">
        <w:tc>
          <w:tcPr>
            <w:tcW w:w="3256" w:type="dxa"/>
          </w:tcPr>
          <w:p w14:paraId="08FC78D5" w14:textId="40865F07" w:rsidR="00A51F18" w:rsidRPr="00A51F18" w:rsidRDefault="00A51F18" w:rsidP="00A51F18">
            <w:pPr>
              <w:rPr>
                <w:rFonts w:asciiTheme="majorHAnsi" w:hAnsiTheme="majorHAnsi" w:cstheme="majorHAnsi"/>
                <w:color w:val="000000" w:themeColor="text1"/>
              </w:rPr>
            </w:pPr>
            <w:r w:rsidRPr="00354A4D">
              <w:rPr>
                <w:rFonts w:asciiTheme="majorHAnsi" w:hAnsiTheme="majorHAnsi" w:cstheme="majorHAnsi"/>
                <w:color w:val="000000" w:themeColor="text1"/>
              </w:rPr>
              <w:t>Your Relationship to them</w:t>
            </w:r>
            <w:r>
              <w:rPr>
                <w:rFonts w:asciiTheme="majorHAnsi" w:hAnsiTheme="majorHAnsi" w:cstheme="majorHAnsi"/>
                <w:color w:val="000000" w:themeColor="text1"/>
              </w:rPr>
              <w:t xml:space="preserve"> (e.g. parent, carer)</w:t>
            </w:r>
          </w:p>
        </w:tc>
        <w:tc>
          <w:tcPr>
            <w:tcW w:w="7058" w:type="dxa"/>
          </w:tcPr>
          <w:p w14:paraId="58B433DB" w14:textId="77777777" w:rsidR="00A51F18" w:rsidRPr="00A11A4F" w:rsidRDefault="00A51F18" w:rsidP="008B58E9">
            <w:pPr>
              <w:rPr>
                <w:color w:val="000000" w:themeColor="text1"/>
              </w:rPr>
            </w:pPr>
          </w:p>
        </w:tc>
      </w:tr>
    </w:tbl>
    <w:p w14:paraId="477CC808" w14:textId="77777777" w:rsidR="00435293" w:rsidRDefault="00435293" w:rsidP="00435293">
      <w:pPr>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8"/>
        <w:gridCol w:w="5792"/>
      </w:tblGrid>
      <w:tr w:rsidR="00435293" w:rsidRPr="00A11A4F" w14:paraId="1F9B9452" w14:textId="77777777" w:rsidTr="008B58E9">
        <w:tc>
          <w:tcPr>
            <w:tcW w:w="3256" w:type="dxa"/>
          </w:tcPr>
          <w:p w14:paraId="5D2E9E3A" w14:textId="7DF87957" w:rsidR="00435293" w:rsidRPr="00A51F18" w:rsidRDefault="00435293" w:rsidP="008B58E9">
            <w:pPr>
              <w:rPr>
                <w:rFonts w:asciiTheme="majorHAnsi" w:hAnsiTheme="majorHAnsi" w:cstheme="majorHAnsi"/>
                <w:color w:val="000000" w:themeColor="text1"/>
              </w:rPr>
            </w:pPr>
            <w:r w:rsidRPr="00494C3F">
              <w:rPr>
                <w:rFonts w:asciiTheme="majorHAnsi" w:hAnsiTheme="majorHAnsi" w:cstheme="majorHAnsi"/>
              </w:rPr>
              <w:t>Relevant dates and times</w:t>
            </w:r>
          </w:p>
        </w:tc>
        <w:tc>
          <w:tcPr>
            <w:tcW w:w="7058" w:type="dxa"/>
          </w:tcPr>
          <w:p w14:paraId="6079115A" w14:textId="77777777" w:rsidR="00435293" w:rsidRPr="00A11A4F" w:rsidRDefault="00435293" w:rsidP="008B58E9">
            <w:pPr>
              <w:rPr>
                <w:color w:val="000000" w:themeColor="text1"/>
              </w:rPr>
            </w:pPr>
          </w:p>
        </w:tc>
      </w:tr>
    </w:tbl>
    <w:p w14:paraId="51375339" w14:textId="77777777" w:rsidR="00435293" w:rsidRDefault="00435293" w:rsidP="00435293">
      <w:pPr>
        <w:rPr>
          <w:rFonts w:asciiTheme="majorHAnsi" w:hAnsiTheme="majorHAnsi" w:cstheme="majorHAnsi"/>
        </w:rPr>
      </w:pPr>
    </w:p>
    <w:p w14:paraId="0F8DAAAA" w14:textId="5E85E1E1" w:rsidR="00435293" w:rsidRPr="00A51F18" w:rsidRDefault="00435293" w:rsidP="00435293">
      <w:pPr>
        <w:rPr>
          <w:rFonts w:asciiTheme="majorHAnsi" w:hAnsiTheme="majorHAnsi" w:cstheme="majorHAnsi"/>
          <w:i/>
          <w:iCs/>
        </w:rPr>
      </w:pPr>
      <w:r w:rsidRPr="00494C3F">
        <w:rPr>
          <w:rFonts w:asciiTheme="majorHAnsi" w:hAnsiTheme="majorHAnsi" w:cstheme="majorHAnsi"/>
        </w:rPr>
        <w:t>Please describe what happened:</w:t>
      </w:r>
    </w:p>
    <w:tbl>
      <w:tblPr>
        <w:tblW w:w="8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2"/>
      </w:tblGrid>
      <w:tr w:rsidR="00435293" w:rsidRPr="00A11A4F" w14:paraId="181D8D74" w14:textId="77777777" w:rsidTr="008B58E9">
        <w:trPr>
          <w:trHeight w:val="2614"/>
        </w:trPr>
        <w:tc>
          <w:tcPr>
            <w:tcW w:w="8642" w:type="dxa"/>
          </w:tcPr>
          <w:p w14:paraId="48D8F155" w14:textId="77777777" w:rsidR="00435293" w:rsidRPr="00A11A4F" w:rsidRDefault="00435293" w:rsidP="008B58E9">
            <w:pPr>
              <w:rPr>
                <w:color w:val="000000" w:themeColor="text1"/>
              </w:rPr>
            </w:pPr>
          </w:p>
          <w:p w14:paraId="45AF1ED9" w14:textId="77777777" w:rsidR="00435293" w:rsidRPr="00A11A4F" w:rsidRDefault="00435293" w:rsidP="008B58E9">
            <w:pPr>
              <w:rPr>
                <w:color w:val="000000" w:themeColor="text1"/>
              </w:rPr>
            </w:pPr>
          </w:p>
          <w:p w14:paraId="6A3F43EB" w14:textId="77777777" w:rsidR="00435293" w:rsidRPr="00A11A4F" w:rsidRDefault="00435293" w:rsidP="008B58E9">
            <w:pPr>
              <w:rPr>
                <w:color w:val="000000" w:themeColor="text1"/>
              </w:rPr>
            </w:pPr>
          </w:p>
        </w:tc>
      </w:tr>
    </w:tbl>
    <w:p w14:paraId="2A7CA9DC" w14:textId="77777777" w:rsidR="003D2E7C" w:rsidRDefault="003D10F3">
      <w:pPr>
        <w:pStyle w:val="Heading1"/>
        <w:rPr>
          <w:color w:val="000000" w:themeColor="text1"/>
          <w:sz w:val="32"/>
          <w:szCs w:val="32"/>
        </w:rPr>
      </w:pPr>
      <w:r w:rsidRPr="00494C3F">
        <w:rPr>
          <w:color w:val="000000" w:themeColor="text1"/>
          <w:sz w:val="32"/>
          <w:szCs w:val="32"/>
        </w:rPr>
        <w:t>Section 4: Supporting Information</w:t>
      </w:r>
    </w:p>
    <w:p w14:paraId="1F5F186B" w14:textId="6BEE7F04" w:rsidR="00435293" w:rsidRPr="00A51F18" w:rsidRDefault="00435293" w:rsidP="00435293">
      <w:pPr>
        <w:rPr>
          <w:rFonts w:asciiTheme="majorHAnsi" w:hAnsiTheme="majorHAnsi" w:cstheme="majorHAnsi"/>
          <w:i/>
          <w:iCs/>
        </w:rPr>
      </w:pPr>
      <w:r w:rsidRPr="00494C3F">
        <w:rPr>
          <w:rFonts w:asciiTheme="majorHAnsi" w:hAnsiTheme="majorHAnsi" w:cstheme="majorHAnsi"/>
        </w:rPr>
        <w:t>Please provide any supporting evidence</w:t>
      </w:r>
      <w:r>
        <w:rPr>
          <w:rFonts w:asciiTheme="majorHAnsi" w:hAnsiTheme="majorHAnsi" w:cstheme="majorHAnsi"/>
        </w:rPr>
        <w:t xml:space="preserve"> </w:t>
      </w:r>
      <w:r w:rsidRPr="00324559">
        <w:rPr>
          <w:rFonts w:asciiTheme="majorHAnsi" w:hAnsiTheme="majorHAnsi" w:cstheme="majorHAnsi"/>
          <w:lang w:val="en-GB"/>
        </w:rPr>
        <w:t>(e.g. emails, letters, screenshots):</w:t>
      </w:r>
    </w:p>
    <w:tbl>
      <w:tblPr>
        <w:tblW w:w="8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2"/>
      </w:tblGrid>
      <w:tr w:rsidR="00435293" w:rsidRPr="00A11A4F" w14:paraId="573B5408" w14:textId="77777777" w:rsidTr="008B58E9">
        <w:trPr>
          <w:trHeight w:val="2614"/>
        </w:trPr>
        <w:tc>
          <w:tcPr>
            <w:tcW w:w="8642" w:type="dxa"/>
          </w:tcPr>
          <w:p w14:paraId="1E388FEC" w14:textId="77777777" w:rsidR="00435293" w:rsidRPr="00A11A4F" w:rsidRDefault="00435293" w:rsidP="008B58E9">
            <w:pPr>
              <w:rPr>
                <w:color w:val="000000" w:themeColor="text1"/>
              </w:rPr>
            </w:pPr>
          </w:p>
          <w:p w14:paraId="7AF61C69" w14:textId="77777777" w:rsidR="00435293" w:rsidRPr="00A11A4F" w:rsidRDefault="00435293" w:rsidP="008B58E9">
            <w:pPr>
              <w:rPr>
                <w:color w:val="000000" w:themeColor="text1"/>
              </w:rPr>
            </w:pPr>
          </w:p>
          <w:p w14:paraId="4EACD384" w14:textId="77777777" w:rsidR="00435293" w:rsidRPr="00A11A4F" w:rsidRDefault="00435293" w:rsidP="008B58E9">
            <w:pPr>
              <w:rPr>
                <w:color w:val="000000" w:themeColor="text1"/>
              </w:rPr>
            </w:pPr>
          </w:p>
        </w:tc>
      </w:tr>
    </w:tbl>
    <w:p w14:paraId="3B9AE937" w14:textId="77777777" w:rsidR="003D2E7C" w:rsidRPr="00494C3F" w:rsidRDefault="003D10F3">
      <w:pPr>
        <w:pStyle w:val="Heading1"/>
        <w:rPr>
          <w:color w:val="000000" w:themeColor="text1"/>
          <w:sz w:val="32"/>
          <w:szCs w:val="32"/>
        </w:rPr>
      </w:pPr>
      <w:r w:rsidRPr="00494C3F">
        <w:rPr>
          <w:color w:val="000000" w:themeColor="text1"/>
          <w:sz w:val="32"/>
          <w:szCs w:val="32"/>
        </w:rPr>
        <w:t>Section 5: Outcome Sought</w:t>
      </w:r>
    </w:p>
    <w:p w14:paraId="574E4403" w14:textId="5F22E77C" w:rsidR="00435293" w:rsidRPr="00435293" w:rsidRDefault="003D10F3" w:rsidP="00435293">
      <w:pPr>
        <w:rPr>
          <w:rFonts w:asciiTheme="majorHAnsi" w:hAnsiTheme="majorHAnsi" w:cstheme="majorHAnsi"/>
        </w:rPr>
      </w:pPr>
      <w:r w:rsidRPr="00494C3F">
        <w:rPr>
          <w:rFonts w:asciiTheme="majorHAnsi" w:hAnsiTheme="majorHAnsi" w:cstheme="majorHAnsi"/>
        </w:rPr>
        <w:t>What would you like us to do to resolve your complaint?</w:t>
      </w:r>
    </w:p>
    <w:tbl>
      <w:tblPr>
        <w:tblW w:w="8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2"/>
      </w:tblGrid>
      <w:tr w:rsidR="00435293" w:rsidRPr="00A11A4F" w14:paraId="17D8B7EC" w14:textId="77777777" w:rsidTr="008B58E9">
        <w:trPr>
          <w:trHeight w:val="2614"/>
        </w:trPr>
        <w:tc>
          <w:tcPr>
            <w:tcW w:w="8642" w:type="dxa"/>
          </w:tcPr>
          <w:p w14:paraId="709409B1" w14:textId="77777777" w:rsidR="00435293" w:rsidRPr="00A11A4F" w:rsidRDefault="00435293" w:rsidP="008B58E9">
            <w:pPr>
              <w:rPr>
                <w:color w:val="000000" w:themeColor="text1"/>
              </w:rPr>
            </w:pPr>
          </w:p>
          <w:p w14:paraId="7A44CD00" w14:textId="77777777" w:rsidR="00435293" w:rsidRPr="00A11A4F" w:rsidRDefault="00435293" w:rsidP="008B58E9">
            <w:pPr>
              <w:rPr>
                <w:color w:val="000000" w:themeColor="text1"/>
              </w:rPr>
            </w:pPr>
          </w:p>
          <w:p w14:paraId="3C796306" w14:textId="77777777" w:rsidR="00435293" w:rsidRPr="00A11A4F" w:rsidRDefault="00435293" w:rsidP="008B58E9">
            <w:pPr>
              <w:rPr>
                <w:color w:val="000000" w:themeColor="text1"/>
              </w:rPr>
            </w:pPr>
          </w:p>
        </w:tc>
      </w:tr>
    </w:tbl>
    <w:p w14:paraId="02E204C6" w14:textId="77777777" w:rsidR="005046D6" w:rsidRDefault="005046D6">
      <w:pPr>
        <w:pStyle w:val="Heading1"/>
        <w:rPr>
          <w:color w:val="000000" w:themeColor="text1"/>
          <w:sz w:val="32"/>
          <w:szCs w:val="32"/>
        </w:rPr>
      </w:pPr>
    </w:p>
    <w:p w14:paraId="5D71CC12" w14:textId="77777777" w:rsidR="005046D6" w:rsidRDefault="005046D6">
      <w:pPr>
        <w:pStyle w:val="Heading1"/>
        <w:rPr>
          <w:color w:val="000000" w:themeColor="text1"/>
          <w:sz w:val="32"/>
          <w:szCs w:val="32"/>
        </w:rPr>
      </w:pPr>
    </w:p>
    <w:p w14:paraId="4A881A01" w14:textId="33DDC23F" w:rsidR="003D2E7C" w:rsidRDefault="003D10F3">
      <w:pPr>
        <w:pStyle w:val="Heading1"/>
        <w:rPr>
          <w:color w:val="000000" w:themeColor="text1"/>
          <w:sz w:val="32"/>
          <w:szCs w:val="32"/>
        </w:rPr>
      </w:pPr>
      <w:r w:rsidRPr="00494C3F">
        <w:rPr>
          <w:color w:val="000000" w:themeColor="text1"/>
          <w:sz w:val="32"/>
          <w:szCs w:val="32"/>
        </w:rPr>
        <w:t>Section 6: Preferred Method of Communication</w:t>
      </w:r>
    </w:p>
    <w:p w14:paraId="36C2BF77" w14:textId="77777777" w:rsidR="00435293" w:rsidRPr="00435293" w:rsidRDefault="00435293" w:rsidP="00435293"/>
    <w:tbl>
      <w:tblPr>
        <w:tblW w:w="870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69"/>
        <w:gridCol w:w="5140"/>
      </w:tblGrid>
      <w:tr w:rsidR="00435293" w:rsidRPr="00A11A4F" w14:paraId="76DD5B75" w14:textId="77777777" w:rsidTr="00435293">
        <w:trPr>
          <w:trHeight w:val="376"/>
        </w:trPr>
        <w:tc>
          <w:tcPr>
            <w:tcW w:w="3569" w:type="dxa"/>
          </w:tcPr>
          <w:p w14:paraId="0385DD45" w14:textId="2BE1FF05" w:rsidR="00435293" w:rsidRPr="00A11A4F" w:rsidRDefault="00435293" w:rsidP="008B58E9">
            <w:pPr>
              <w:rPr>
                <w:color w:val="000000" w:themeColor="text1"/>
              </w:rPr>
            </w:pPr>
            <w:r w:rsidRPr="00494C3F">
              <w:rPr>
                <w:rFonts w:asciiTheme="majorHAnsi" w:hAnsiTheme="majorHAnsi" w:cstheme="majorHAnsi"/>
              </w:rPr>
              <w:t>Preferred contact method (Email / Telephone / Post / Other):</w:t>
            </w:r>
          </w:p>
        </w:tc>
        <w:tc>
          <w:tcPr>
            <w:tcW w:w="5140" w:type="dxa"/>
          </w:tcPr>
          <w:p w14:paraId="418642E9" w14:textId="77777777" w:rsidR="00435293" w:rsidRPr="00A11A4F" w:rsidRDefault="00435293" w:rsidP="008B58E9">
            <w:pPr>
              <w:rPr>
                <w:color w:val="000000" w:themeColor="text1"/>
              </w:rPr>
            </w:pPr>
          </w:p>
          <w:p w14:paraId="56C1A9E1" w14:textId="77777777" w:rsidR="00435293" w:rsidRPr="00A11A4F" w:rsidRDefault="00435293" w:rsidP="008B58E9">
            <w:pPr>
              <w:rPr>
                <w:color w:val="000000" w:themeColor="text1"/>
              </w:rPr>
            </w:pPr>
          </w:p>
          <w:p w14:paraId="5E9EF048" w14:textId="77777777" w:rsidR="00435293" w:rsidRPr="00A11A4F" w:rsidRDefault="00435293" w:rsidP="008B58E9">
            <w:pPr>
              <w:rPr>
                <w:color w:val="000000" w:themeColor="text1"/>
              </w:rPr>
            </w:pPr>
          </w:p>
          <w:p w14:paraId="1274E84E" w14:textId="77777777" w:rsidR="00435293" w:rsidRPr="00A11A4F" w:rsidRDefault="00435293" w:rsidP="008B58E9">
            <w:pPr>
              <w:rPr>
                <w:color w:val="000000" w:themeColor="text1"/>
              </w:rPr>
            </w:pPr>
          </w:p>
          <w:p w14:paraId="2A00AC43" w14:textId="77777777" w:rsidR="00435293" w:rsidRPr="00A11A4F" w:rsidRDefault="00435293" w:rsidP="008B58E9">
            <w:pPr>
              <w:rPr>
                <w:color w:val="000000" w:themeColor="text1"/>
              </w:rPr>
            </w:pPr>
          </w:p>
        </w:tc>
      </w:tr>
    </w:tbl>
    <w:p w14:paraId="49289913" w14:textId="1B06E75F" w:rsidR="00435293" w:rsidRPr="00483BBD" w:rsidRDefault="003D10F3" w:rsidP="00483BBD">
      <w:pPr>
        <w:pStyle w:val="Heading1"/>
        <w:rPr>
          <w:color w:val="000000" w:themeColor="text1"/>
          <w:sz w:val="32"/>
          <w:szCs w:val="32"/>
        </w:rPr>
      </w:pPr>
      <w:r w:rsidRPr="00600FA7">
        <w:rPr>
          <w:color w:val="000000" w:themeColor="text1"/>
          <w:sz w:val="32"/>
          <w:szCs w:val="32"/>
        </w:rPr>
        <w:t>Section 8: Declaration</w:t>
      </w:r>
    </w:p>
    <w:tbl>
      <w:tblPr>
        <w:tblW w:w="864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1"/>
        <w:gridCol w:w="5386"/>
      </w:tblGrid>
      <w:tr w:rsidR="00435293" w:rsidRPr="00A11A4F" w14:paraId="7BD0CFB6" w14:textId="77777777" w:rsidTr="00435293">
        <w:tc>
          <w:tcPr>
            <w:tcW w:w="3261" w:type="dxa"/>
          </w:tcPr>
          <w:p w14:paraId="5CAEF0A2" w14:textId="47CE7CF6" w:rsidR="00435293" w:rsidRPr="00435293" w:rsidRDefault="00435293" w:rsidP="008B58E9">
            <w:pPr>
              <w:rPr>
                <w:rFonts w:asciiTheme="majorHAnsi" w:hAnsiTheme="majorHAnsi" w:cstheme="majorHAnsi"/>
                <w:color w:val="000000" w:themeColor="text1"/>
              </w:rPr>
            </w:pPr>
            <w:r w:rsidRPr="00435293">
              <w:rPr>
                <w:rFonts w:asciiTheme="majorHAnsi" w:hAnsiTheme="majorHAnsi" w:cstheme="majorHAnsi"/>
                <w:color w:val="000000" w:themeColor="text1"/>
              </w:rPr>
              <w:t>Name</w:t>
            </w:r>
          </w:p>
        </w:tc>
        <w:tc>
          <w:tcPr>
            <w:tcW w:w="5386" w:type="dxa"/>
          </w:tcPr>
          <w:p w14:paraId="3E527149" w14:textId="77777777" w:rsidR="00435293" w:rsidRPr="00A11A4F" w:rsidRDefault="00435293" w:rsidP="008B58E9">
            <w:pPr>
              <w:rPr>
                <w:color w:val="000000" w:themeColor="text1"/>
              </w:rPr>
            </w:pPr>
          </w:p>
        </w:tc>
      </w:tr>
      <w:tr w:rsidR="00435293" w:rsidRPr="00A11A4F" w14:paraId="69ED5BB6" w14:textId="77777777" w:rsidTr="00435293">
        <w:tc>
          <w:tcPr>
            <w:tcW w:w="3261" w:type="dxa"/>
          </w:tcPr>
          <w:p w14:paraId="14BD834A" w14:textId="17FDEAD3" w:rsidR="00435293" w:rsidRPr="00435293" w:rsidRDefault="00435293" w:rsidP="008B58E9">
            <w:pPr>
              <w:rPr>
                <w:rFonts w:asciiTheme="majorHAnsi" w:hAnsiTheme="majorHAnsi" w:cstheme="majorHAnsi"/>
                <w:color w:val="000000" w:themeColor="text1"/>
              </w:rPr>
            </w:pPr>
            <w:r w:rsidRPr="00435293">
              <w:rPr>
                <w:rFonts w:asciiTheme="majorHAnsi" w:hAnsiTheme="majorHAnsi" w:cstheme="majorHAnsi"/>
                <w:color w:val="000000" w:themeColor="text1"/>
              </w:rPr>
              <w:t>Signature</w:t>
            </w:r>
          </w:p>
        </w:tc>
        <w:tc>
          <w:tcPr>
            <w:tcW w:w="5386" w:type="dxa"/>
          </w:tcPr>
          <w:p w14:paraId="45625F43" w14:textId="77777777" w:rsidR="00435293" w:rsidRPr="00A11A4F" w:rsidRDefault="00435293" w:rsidP="008B58E9">
            <w:pPr>
              <w:rPr>
                <w:color w:val="000000" w:themeColor="text1"/>
              </w:rPr>
            </w:pPr>
          </w:p>
        </w:tc>
      </w:tr>
      <w:tr w:rsidR="00435293" w:rsidRPr="00A11A4F" w14:paraId="1ABA407A" w14:textId="77777777" w:rsidTr="00435293">
        <w:tc>
          <w:tcPr>
            <w:tcW w:w="3261" w:type="dxa"/>
          </w:tcPr>
          <w:p w14:paraId="51E4552B" w14:textId="1FB6EDD3" w:rsidR="00435293" w:rsidRPr="00435293" w:rsidRDefault="00435293" w:rsidP="008B58E9">
            <w:pPr>
              <w:rPr>
                <w:rFonts w:asciiTheme="majorHAnsi" w:hAnsiTheme="majorHAnsi" w:cstheme="majorHAnsi"/>
                <w:color w:val="000000" w:themeColor="text1"/>
              </w:rPr>
            </w:pPr>
            <w:r w:rsidRPr="00435293">
              <w:rPr>
                <w:rFonts w:asciiTheme="majorHAnsi" w:hAnsiTheme="majorHAnsi" w:cstheme="majorHAnsi"/>
                <w:color w:val="000000" w:themeColor="text1"/>
              </w:rPr>
              <w:t>Date</w:t>
            </w:r>
          </w:p>
        </w:tc>
        <w:tc>
          <w:tcPr>
            <w:tcW w:w="5386" w:type="dxa"/>
          </w:tcPr>
          <w:p w14:paraId="3FA43CB8" w14:textId="77777777" w:rsidR="00435293" w:rsidRPr="00A11A4F" w:rsidRDefault="00435293" w:rsidP="008B58E9">
            <w:pPr>
              <w:rPr>
                <w:color w:val="000000" w:themeColor="text1"/>
              </w:rPr>
            </w:pPr>
          </w:p>
        </w:tc>
      </w:tr>
    </w:tbl>
    <w:p w14:paraId="76BA62C9" w14:textId="77777777" w:rsidR="003D2E7C" w:rsidRPr="00494C3F" w:rsidRDefault="003D10F3">
      <w:pPr>
        <w:pStyle w:val="Heading1"/>
        <w:rPr>
          <w:color w:val="000000" w:themeColor="text1"/>
          <w:sz w:val="32"/>
          <w:szCs w:val="32"/>
        </w:rPr>
      </w:pPr>
      <w:r w:rsidRPr="00494C3F">
        <w:rPr>
          <w:color w:val="000000" w:themeColor="text1"/>
          <w:sz w:val="32"/>
          <w:szCs w:val="32"/>
        </w:rPr>
        <w:t>Submit Your Complaint</w:t>
      </w:r>
    </w:p>
    <w:p w14:paraId="676CB459" w14:textId="036ADC20" w:rsidR="003D2E7C" w:rsidRPr="00494C3F" w:rsidRDefault="003D10F3">
      <w:pPr>
        <w:rPr>
          <w:rFonts w:asciiTheme="majorHAnsi" w:hAnsiTheme="majorHAnsi" w:cstheme="majorHAnsi"/>
        </w:rPr>
      </w:pPr>
      <w:r w:rsidRPr="00494C3F">
        <w:rPr>
          <w:rFonts w:asciiTheme="majorHAnsi" w:hAnsiTheme="majorHAnsi" w:cstheme="majorHAnsi"/>
        </w:rPr>
        <w:t>Please return this form to:</w:t>
      </w:r>
    </w:p>
    <w:p w14:paraId="45BFE4AF" w14:textId="77777777" w:rsidR="00483BBD" w:rsidRDefault="00804778" w:rsidP="00483BBD">
      <w:pPr>
        <w:spacing w:after="0" w:line="240" w:lineRule="auto"/>
        <w:rPr>
          <w:rFonts w:asciiTheme="majorHAnsi" w:hAnsiTheme="majorHAnsi" w:cstheme="majorHAnsi"/>
        </w:rPr>
      </w:pPr>
      <w:r>
        <w:rPr>
          <w:rFonts w:asciiTheme="majorHAnsi" w:hAnsiTheme="majorHAnsi" w:cstheme="majorHAnsi"/>
        </w:rPr>
        <w:t>Headteacher</w:t>
      </w:r>
      <w:r w:rsidR="003D10F3" w:rsidRPr="00494C3F">
        <w:rPr>
          <w:rFonts w:asciiTheme="majorHAnsi" w:hAnsiTheme="majorHAnsi" w:cstheme="majorHAnsi"/>
        </w:rPr>
        <w:br/>
      </w:r>
      <w:r w:rsidR="00483BBD">
        <w:rPr>
          <w:rFonts w:asciiTheme="majorHAnsi" w:hAnsiTheme="majorHAnsi" w:cstheme="majorHAnsi"/>
        </w:rPr>
        <w:t>Ashbrook Infant and Nursery School</w:t>
      </w:r>
    </w:p>
    <w:p w14:paraId="6F0BAC21" w14:textId="77777777" w:rsidR="00483BBD" w:rsidRDefault="00483BBD" w:rsidP="00483BBD">
      <w:pPr>
        <w:spacing w:after="0" w:line="240" w:lineRule="auto"/>
        <w:rPr>
          <w:rFonts w:asciiTheme="majorHAnsi" w:hAnsiTheme="majorHAnsi" w:cstheme="majorHAnsi"/>
        </w:rPr>
      </w:pPr>
      <w:r>
        <w:rPr>
          <w:rFonts w:asciiTheme="majorHAnsi" w:hAnsiTheme="majorHAnsi" w:cstheme="majorHAnsi"/>
        </w:rPr>
        <w:t>Victoria Avenue,</w:t>
      </w:r>
    </w:p>
    <w:p w14:paraId="63F8507A" w14:textId="77777777" w:rsidR="00483BBD" w:rsidRDefault="00483BBD" w:rsidP="00483BBD">
      <w:pPr>
        <w:spacing w:after="0" w:line="240" w:lineRule="auto"/>
        <w:rPr>
          <w:rFonts w:asciiTheme="majorHAnsi" w:hAnsiTheme="majorHAnsi" w:cstheme="majorHAnsi"/>
        </w:rPr>
      </w:pPr>
      <w:proofErr w:type="spellStart"/>
      <w:r>
        <w:rPr>
          <w:rFonts w:asciiTheme="majorHAnsi" w:hAnsiTheme="majorHAnsi" w:cstheme="majorHAnsi"/>
        </w:rPr>
        <w:t>Borrowash</w:t>
      </w:r>
      <w:proofErr w:type="spellEnd"/>
      <w:r>
        <w:rPr>
          <w:rFonts w:asciiTheme="majorHAnsi" w:hAnsiTheme="majorHAnsi" w:cstheme="majorHAnsi"/>
        </w:rPr>
        <w:t>,</w:t>
      </w:r>
    </w:p>
    <w:p w14:paraId="14B2B8CB" w14:textId="77777777" w:rsidR="00483BBD" w:rsidRDefault="00483BBD" w:rsidP="00483BBD">
      <w:pPr>
        <w:spacing w:after="0" w:line="240" w:lineRule="auto"/>
        <w:rPr>
          <w:rFonts w:asciiTheme="majorHAnsi" w:hAnsiTheme="majorHAnsi" w:cstheme="majorHAnsi"/>
        </w:rPr>
      </w:pPr>
      <w:r>
        <w:rPr>
          <w:rFonts w:asciiTheme="majorHAnsi" w:hAnsiTheme="majorHAnsi" w:cstheme="majorHAnsi"/>
        </w:rPr>
        <w:t>Derby</w:t>
      </w:r>
    </w:p>
    <w:p w14:paraId="0679D11E" w14:textId="77777777" w:rsidR="00483BBD" w:rsidRDefault="00483BBD" w:rsidP="00483BBD">
      <w:pPr>
        <w:spacing w:after="0" w:line="240" w:lineRule="auto"/>
        <w:rPr>
          <w:rFonts w:asciiTheme="majorHAnsi" w:hAnsiTheme="majorHAnsi" w:cstheme="majorHAnsi"/>
        </w:rPr>
      </w:pPr>
      <w:r>
        <w:rPr>
          <w:rFonts w:asciiTheme="majorHAnsi" w:hAnsiTheme="majorHAnsi" w:cstheme="majorHAnsi"/>
        </w:rPr>
        <w:t>Derbyshire</w:t>
      </w:r>
    </w:p>
    <w:p w14:paraId="5BAAB37F" w14:textId="1A9DAA9F" w:rsidR="00A04653" w:rsidRDefault="00483BBD" w:rsidP="00483BBD">
      <w:pPr>
        <w:spacing w:after="0" w:line="240" w:lineRule="auto"/>
        <w:rPr>
          <w:rFonts w:asciiTheme="majorHAnsi" w:hAnsiTheme="majorHAnsi" w:cstheme="majorHAnsi"/>
        </w:rPr>
      </w:pPr>
      <w:r>
        <w:rPr>
          <w:rFonts w:asciiTheme="majorHAnsi" w:hAnsiTheme="majorHAnsi" w:cstheme="majorHAnsi"/>
        </w:rPr>
        <w:t>DE72 3HF</w:t>
      </w:r>
      <w:r w:rsidR="003D10F3" w:rsidRPr="00494C3F">
        <w:rPr>
          <w:rFonts w:asciiTheme="majorHAnsi" w:hAnsiTheme="majorHAnsi" w:cstheme="majorHAnsi"/>
        </w:rPr>
        <w:br/>
      </w:r>
      <w:r>
        <w:rPr>
          <w:rFonts w:asciiTheme="majorHAnsi" w:hAnsiTheme="majorHAnsi" w:cstheme="majorHAnsi"/>
        </w:rPr>
        <w:t>office@ashbrook-inf.derbyshire.sch.uk</w:t>
      </w:r>
    </w:p>
    <w:p w14:paraId="207A7551" w14:textId="0B17F6EA" w:rsidR="00A620F3" w:rsidRDefault="00A620F3">
      <w:pPr>
        <w:rPr>
          <w:rFonts w:asciiTheme="majorHAnsi" w:hAnsiTheme="majorHAnsi" w:cstheme="majorHAnsi"/>
          <w:lang w:val="en-GB"/>
        </w:rPr>
      </w:pPr>
      <w:r w:rsidRPr="00A620F3">
        <w:rPr>
          <w:rFonts w:asciiTheme="majorHAnsi" w:hAnsiTheme="majorHAnsi" w:cstheme="majorHAnsi"/>
          <w:lang w:val="en-GB"/>
        </w:rPr>
        <w:t xml:space="preserve">Alternatively, you may contact the Data Protection Officer directly at: </w:t>
      </w:r>
      <w:hyperlink r:id="rId10" w:history="1">
        <w:r w:rsidRPr="00176B9C">
          <w:rPr>
            <w:rStyle w:val="Hyperlink"/>
            <w:rFonts w:asciiTheme="majorHAnsi" w:hAnsiTheme="majorHAnsi" w:cstheme="majorHAnsi"/>
            <w:lang w:val="en-GB"/>
          </w:rPr>
          <w:t>dpforschools@derbyshire.gov.uk</w:t>
        </w:r>
      </w:hyperlink>
      <w:r>
        <w:rPr>
          <w:rFonts w:asciiTheme="majorHAnsi" w:hAnsiTheme="majorHAnsi" w:cstheme="majorHAnsi"/>
          <w:lang w:val="en-GB"/>
        </w:rPr>
        <w:t xml:space="preserve"> </w:t>
      </w:r>
    </w:p>
    <w:p w14:paraId="59C2D3B5" w14:textId="77777777" w:rsidR="00FF65EF" w:rsidRPr="00A620F3" w:rsidRDefault="00FF65EF">
      <w:pPr>
        <w:rPr>
          <w:rFonts w:asciiTheme="majorHAnsi" w:hAnsiTheme="majorHAnsi" w:cstheme="majorHAnsi"/>
          <w:lang w:val="en-GB"/>
        </w:rPr>
      </w:pPr>
    </w:p>
    <w:p w14:paraId="36826CDC" w14:textId="77777777" w:rsidR="00A04653" w:rsidRPr="00494C3F" w:rsidRDefault="00A04653" w:rsidP="00FF65EF">
      <w:pPr>
        <w:pStyle w:val="Heading1"/>
        <w:spacing w:before="0"/>
        <w:rPr>
          <w:color w:val="000000" w:themeColor="text1"/>
          <w:sz w:val="32"/>
          <w:szCs w:val="32"/>
        </w:rPr>
      </w:pPr>
      <w:r w:rsidRPr="00494C3F">
        <w:rPr>
          <w:color w:val="000000" w:themeColor="text1"/>
          <w:sz w:val="32"/>
          <w:szCs w:val="32"/>
        </w:rPr>
        <w:lastRenderedPageBreak/>
        <w:t>What Happens Next</w:t>
      </w:r>
    </w:p>
    <w:p w14:paraId="52867C6E" w14:textId="22409EE0" w:rsidR="00FF65EF" w:rsidRDefault="00A04653" w:rsidP="00FF65EF">
      <w:pPr>
        <w:rPr>
          <w:rFonts w:asciiTheme="majorHAnsi" w:hAnsiTheme="majorHAnsi" w:cstheme="majorHAnsi"/>
        </w:rPr>
      </w:pPr>
      <w:r w:rsidRPr="00494C3F">
        <w:rPr>
          <w:rFonts w:asciiTheme="majorHAnsi" w:hAnsiTheme="majorHAnsi" w:cstheme="majorHAnsi"/>
        </w:rPr>
        <w:t>We will acknowledge your complaint within 30 days, investigate without undue delay, and provide a formal outcome once complete.</w:t>
      </w:r>
      <w:r w:rsidR="00FF65EF">
        <w:rPr>
          <w:rFonts w:asciiTheme="majorHAnsi" w:hAnsiTheme="majorHAnsi" w:cstheme="majorHAnsi"/>
        </w:rPr>
        <w:t xml:space="preserve"> </w:t>
      </w:r>
    </w:p>
    <w:p w14:paraId="5CE2C7A4" w14:textId="77777777" w:rsidR="00FF65EF" w:rsidRDefault="00FF65EF" w:rsidP="00FF65EF">
      <w:pPr>
        <w:rPr>
          <w:rFonts w:asciiTheme="majorHAnsi" w:hAnsiTheme="majorHAnsi" w:cstheme="majorHAnsi"/>
        </w:rPr>
      </w:pPr>
    </w:p>
    <w:p w14:paraId="44C9BE84" w14:textId="77777777" w:rsidR="00FF65EF" w:rsidRPr="00FF65EF" w:rsidRDefault="00A04653" w:rsidP="00FF65EF">
      <w:pPr>
        <w:pStyle w:val="Heading1"/>
        <w:spacing w:before="0"/>
        <w:rPr>
          <w:rFonts w:cstheme="majorHAnsi"/>
          <w:color w:val="000000" w:themeColor="text1"/>
          <w:sz w:val="32"/>
          <w:szCs w:val="32"/>
        </w:rPr>
      </w:pPr>
      <w:r w:rsidRPr="00FF65EF">
        <w:rPr>
          <w:color w:val="000000" w:themeColor="text1"/>
          <w:sz w:val="32"/>
          <w:szCs w:val="32"/>
        </w:rPr>
        <w:t>Further Information</w:t>
      </w:r>
    </w:p>
    <w:p w14:paraId="6EEB1F99" w14:textId="27133866" w:rsidR="00A04653" w:rsidRPr="00494C3F" w:rsidRDefault="00A04653" w:rsidP="00A04653">
      <w:pPr>
        <w:rPr>
          <w:rFonts w:asciiTheme="majorHAnsi" w:hAnsiTheme="majorHAnsi" w:cstheme="majorHAnsi"/>
        </w:rPr>
      </w:pPr>
      <w:r w:rsidRPr="00494C3F">
        <w:rPr>
          <w:rFonts w:asciiTheme="majorHAnsi" w:hAnsiTheme="majorHAnsi" w:cstheme="majorHAnsi"/>
        </w:rPr>
        <w:t xml:space="preserve">If your complaint includes matters not related to data protection, these may be handled under the </w:t>
      </w:r>
      <w:r w:rsidRPr="00483BBD">
        <w:rPr>
          <w:rFonts w:asciiTheme="majorHAnsi" w:hAnsiTheme="majorHAnsi" w:cstheme="majorHAnsi"/>
        </w:rPr>
        <w:t>school’</w:t>
      </w:r>
      <w:r w:rsidR="00483BBD" w:rsidRPr="00483BBD">
        <w:rPr>
          <w:rFonts w:asciiTheme="majorHAnsi" w:hAnsiTheme="majorHAnsi" w:cstheme="majorHAnsi"/>
        </w:rPr>
        <w:t>s</w:t>
      </w:r>
      <w:r w:rsidRPr="00494C3F">
        <w:rPr>
          <w:rFonts w:asciiTheme="majorHAnsi" w:hAnsiTheme="majorHAnsi" w:cstheme="majorHAnsi"/>
        </w:rPr>
        <w:t xml:space="preserve"> general complaints procedure.</w:t>
      </w:r>
    </w:p>
    <w:p w14:paraId="462FFBEA" w14:textId="77777777" w:rsidR="00A04653" w:rsidRDefault="00A04653" w:rsidP="00A04653"/>
    <w:p w14:paraId="354420E3" w14:textId="77777777" w:rsidR="00A04653" w:rsidRDefault="00A04653"/>
    <w:sectPr w:rsidR="00A04653" w:rsidSect="00034616">
      <w:headerReference w:type="default" r:id="rId11"/>
      <w:footerReference w:type="default" r:id="rId12"/>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C15AFA" w14:textId="77777777" w:rsidR="003D10F3" w:rsidRDefault="003D10F3" w:rsidP="00494C3F">
      <w:pPr>
        <w:spacing w:after="0" w:line="240" w:lineRule="auto"/>
      </w:pPr>
      <w:r>
        <w:separator/>
      </w:r>
    </w:p>
  </w:endnote>
  <w:endnote w:type="continuationSeparator" w:id="0">
    <w:p w14:paraId="593B574E" w14:textId="77777777" w:rsidR="003D10F3" w:rsidRDefault="003D10F3" w:rsidP="00494C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ptos">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D99730" w14:textId="53DFAC88" w:rsidR="00494C3F" w:rsidRDefault="00494C3F">
    <w:pPr>
      <w:pStyle w:val="Footer"/>
    </w:pPr>
    <w:r w:rsidRPr="00FF29FF">
      <w:rPr>
        <w:rFonts w:ascii="Calibri" w:eastAsia="Calibri" w:hAnsi="Calibri" w:cs="Times New Roman"/>
        <w:sz w:val="20"/>
        <w:szCs w:val="20"/>
      </w:rPr>
      <w:t>Copyright: Education Data Hub</w:t>
    </w:r>
    <w:r w:rsidRPr="00FF29FF">
      <w:rPr>
        <w:rFonts w:ascii="Calibri" w:eastAsia="Calibri" w:hAnsi="Calibri" w:cs="Times New Roman"/>
        <w:sz w:val="20"/>
        <w:szCs w:val="20"/>
      </w:rPr>
      <w:tab/>
    </w:r>
    <w:r w:rsidRPr="00494C3F">
      <w:rPr>
        <w:rFonts w:ascii="Aptos" w:eastAsia="Aptos" w:hAnsi="Aptos" w:cs="Times New Roman"/>
        <w:noProof/>
        <w:kern w:val="2"/>
        <w:lang w:val="en-GB"/>
        <w14:ligatures w14:val="standardContextual"/>
      </w:rPr>
      <mc:AlternateContent>
        <mc:Choice Requires="wps">
          <w:drawing>
            <wp:anchor distT="0" distB="0" distL="0" distR="0" simplePos="0" relativeHeight="251659264" behindDoc="0" locked="0" layoutInCell="1" allowOverlap="1" wp14:anchorId="37FEDE69" wp14:editId="61B7D022">
              <wp:simplePos x="0" y="0"/>
              <wp:positionH relativeFrom="margin">
                <wp:align>center</wp:align>
              </wp:positionH>
              <wp:positionV relativeFrom="page">
                <wp:posOffset>9748520</wp:posOffset>
              </wp:positionV>
              <wp:extent cx="693420" cy="357505"/>
              <wp:effectExtent l="0" t="0" r="8890" b="0"/>
              <wp:wrapNone/>
              <wp:docPr id="8741730" name="Text Box 3" descr="CONTROLL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93420" cy="357505"/>
                      </a:xfrm>
                      <a:prstGeom prst="rect">
                        <a:avLst/>
                      </a:prstGeom>
                      <a:noFill/>
                      <a:ln>
                        <a:noFill/>
                      </a:ln>
                    </wps:spPr>
                    <wps:txbx>
                      <w:txbxContent>
                        <w:p w14:paraId="1DBF84FC" w14:textId="77777777" w:rsidR="00494C3F" w:rsidRPr="00FB78EC" w:rsidRDefault="00494C3F" w:rsidP="00494C3F">
                          <w:pPr>
                            <w:spacing w:after="0"/>
                            <w:rPr>
                              <w:rFonts w:ascii="Calibri" w:eastAsia="Calibri" w:hAnsi="Calibri" w:cs="Calibri"/>
                              <w:noProof/>
                              <w:color w:val="000000"/>
                              <w:sz w:val="20"/>
                              <w:szCs w:val="20"/>
                            </w:rPr>
                          </w:pPr>
                          <w:r w:rsidRPr="00FB78EC">
                            <w:rPr>
                              <w:rFonts w:ascii="Calibri" w:eastAsia="Calibri" w:hAnsi="Calibri" w:cs="Calibri"/>
                              <w:noProof/>
                              <w:color w:val="000000"/>
                              <w:sz w:val="20"/>
                              <w:szCs w:val="20"/>
                            </w:rPr>
                            <w:t>CONTROLLED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w16sdtfl="http://schemas.microsoft.com/office/word/2024/wordml/sdtformatlock" xmlns:w16du="http://schemas.microsoft.com/office/word/2023/wordml/word16du" xmlns:oel="http://schemas.microsoft.com/office/2019/extlst">
          <w:pict>
            <v:shapetype w14:anchorId="37FEDE69" id="_x0000_t202" coordsize="21600,21600" o:spt="202" path="m,l,21600r21600,l21600,xe">
              <v:stroke joinstyle="miter"/>
              <v:path gradientshapeok="t" o:connecttype="rect"/>
            </v:shapetype>
            <v:shape id="Text Box 3" o:spid="_x0000_s1027" type="#_x0000_t202" alt="CONTROLLED" style="position:absolute;margin-left:0;margin-top:767.6pt;width:54.6pt;height:28.15pt;z-index:251659264;visibility:visible;mso-wrap-style:none;mso-wrap-distance-left:0;mso-wrap-distance-top:0;mso-wrap-distance-right:0;mso-wrap-distance-bottom:0;mso-position-horizontal:center;mso-position-horizontal-relative:margin;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" filled="f" stroked="f">
              <v:textbox style="mso-fit-shape-to-text:t" inset="0,0,0,15pt">
                <w:txbxContent>
                  <w:p w14:paraId="1DBF84FC" w14:textId="77777777" w:rsidR="00494C3F" w:rsidRPr="00FB78EC" w:rsidRDefault="00494C3F" w:rsidP="00494C3F">
                    <w:pPr>
                      <w:spacing w:after="0"/>
                      <w:rPr>
                        <w:rFonts w:ascii="Calibri" w:eastAsia="Calibri" w:hAnsi="Calibri" w:cs="Calibri"/>
                        <w:noProof/>
                        <w:color w:val="000000"/>
                        <w:sz w:val="20"/>
                        <w:szCs w:val="20"/>
                      </w:rPr>
                    </w:pPr>
                    <w:r w:rsidRPr="00FB78EC">
                      <w:rPr>
                        <w:rFonts w:ascii="Calibri" w:eastAsia="Calibri" w:hAnsi="Calibri" w:cs="Calibri"/>
                        <w:noProof/>
                        <w:color w:val="000000"/>
                        <w:sz w:val="20"/>
                        <w:szCs w:val="20"/>
                      </w:rPr>
                      <w:t>CONTROLLED</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91E39F" w14:textId="77777777" w:rsidR="003D10F3" w:rsidRDefault="003D10F3" w:rsidP="00494C3F">
      <w:pPr>
        <w:spacing w:after="0" w:line="240" w:lineRule="auto"/>
      </w:pPr>
      <w:r>
        <w:separator/>
      </w:r>
    </w:p>
  </w:footnote>
  <w:footnote w:type="continuationSeparator" w:id="0">
    <w:p w14:paraId="3E6615AA" w14:textId="77777777" w:rsidR="003D10F3" w:rsidRDefault="003D10F3" w:rsidP="00494C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70881C" w14:textId="2FFB9F0B" w:rsidR="00494C3F" w:rsidRPr="00F43823" w:rsidRDefault="005046D6" w:rsidP="00494C3F">
    <w:pPr>
      <w:pStyle w:val="Header"/>
      <w:rPr>
        <w:rFonts w:ascii="Calibri" w:eastAsia="Times New Roman" w:hAnsi="Calibri" w:cs="Calibri"/>
        <w:b/>
        <w:bCs/>
        <w:color w:val="00B050"/>
        <w:sz w:val="20"/>
        <w:szCs w:val="20"/>
      </w:rPr>
    </w:pPr>
    <w:r>
      <w:rPr>
        <w:rFonts w:ascii="Calibri" w:eastAsia="Times New Roman" w:hAnsi="Calibri" w:cs="Calibri"/>
        <w:color w:val="000000"/>
        <w:sz w:val="20"/>
        <w:szCs w:val="20"/>
      </w:rPr>
      <w:t xml:space="preserve">Ashbrook Infant and Nursery School                                                                   </w:t>
    </w:r>
    <w:r w:rsidR="00494C3F" w:rsidRPr="00494C3F">
      <w:rPr>
        <w:rFonts w:ascii="Calibri" w:eastAsia="Times New Roman" w:hAnsi="Calibri" w:cs="Calibri"/>
        <w:color w:val="000000"/>
        <w:sz w:val="20"/>
        <w:szCs w:val="20"/>
      </w:rPr>
      <w:t>Data Protection Complaint Form</w:t>
    </w:r>
  </w:p>
  <w:p w14:paraId="33490F1D" w14:textId="77777777" w:rsidR="00494C3F" w:rsidRDefault="00494C3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C5BE5"/>
    <w:rsid w:val="0015074B"/>
    <w:rsid w:val="0029639D"/>
    <w:rsid w:val="002A6EC2"/>
    <w:rsid w:val="00324559"/>
    <w:rsid w:val="00326F90"/>
    <w:rsid w:val="00354A4D"/>
    <w:rsid w:val="00356FAE"/>
    <w:rsid w:val="003D10F3"/>
    <w:rsid w:val="003D2E7C"/>
    <w:rsid w:val="00410FA5"/>
    <w:rsid w:val="0042130D"/>
    <w:rsid w:val="00435293"/>
    <w:rsid w:val="00483BBD"/>
    <w:rsid w:val="00494C3F"/>
    <w:rsid w:val="005046D6"/>
    <w:rsid w:val="00600FA7"/>
    <w:rsid w:val="0061184A"/>
    <w:rsid w:val="00630F64"/>
    <w:rsid w:val="00732CEC"/>
    <w:rsid w:val="00804778"/>
    <w:rsid w:val="00A04653"/>
    <w:rsid w:val="00A22B73"/>
    <w:rsid w:val="00A51F18"/>
    <w:rsid w:val="00A620F3"/>
    <w:rsid w:val="00AA1D8D"/>
    <w:rsid w:val="00B47730"/>
    <w:rsid w:val="00C50489"/>
    <w:rsid w:val="00C75EC5"/>
    <w:rsid w:val="00CB0664"/>
    <w:rsid w:val="00D310F1"/>
    <w:rsid w:val="00D97B2C"/>
    <w:rsid w:val="00FC693F"/>
    <w:rsid w:val="00FF65E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E11FC97"/>
  <w14:defaultImageDpi w14:val="300"/>
  <w15:docId w15:val="{47D461BB-95CF-4342-BEF1-50CEA234A5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A620F3"/>
    <w:rPr>
      <w:color w:val="0000FF" w:themeColor="hyperlink"/>
      <w:u w:val="single"/>
    </w:rPr>
  </w:style>
  <w:style w:type="character" w:styleId="UnresolvedMention">
    <w:name w:val="Unresolved Mention"/>
    <w:basedOn w:val="DefaultParagraphFont"/>
    <w:uiPriority w:val="99"/>
    <w:semiHidden/>
    <w:unhideWhenUsed/>
    <w:rsid w:val="00A620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dpforschools@derbyshire.gov.uk"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243</TotalTime>
  <Pages>6</Pages>
  <Words>400</Words>
  <Characters>2284</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2679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Lynette Hardwick</cp:lastModifiedBy>
  <cp:revision>25</cp:revision>
  <dcterms:created xsi:type="dcterms:W3CDTF">2026-06-17T08:41:00Z</dcterms:created>
  <dcterms:modified xsi:type="dcterms:W3CDTF">2026-07-10T13:06:00Z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68904da-5dbb-4716-9521-7a682c6e8720_Enabled">
    <vt:lpwstr>true</vt:lpwstr>
  </property>
  <property fmtid="{D5CDD505-2E9C-101B-9397-08002B2CF9AE}" pid="3" name="MSIP_Label_768904da-5dbb-4716-9521-7a682c6e8720_SetDate">
    <vt:lpwstr>2026-06-17T08:38:56Z</vt:lpwstr>
  </property>
  <property fmtid="{D5CDD505-2E9C-101B-9397-08002B2CF9AE}" pid="4" name="MSIP_Label_768904da-5dbb-4716-9521-7a682c6e8720_Method">
    <vt:lpwstr>Standard</vt:lpwstr>
  </property>
  <property fmtid="{D5CDD505-2E9C-101B-9397-08002B2CF9AE}" pid="5" name="MSIP_Label_768904da-5dbb-4716-9521-7a682c6e8720_Name">
    <vt:lpwstr>DCC Controlled</vt:lpwstr>
  </property>
  <property fmtid="{D5CDD505-2E9C-101B-9397-08002B2CF9AE}" pid="6" name="MSIP_Label_768904da-5dbb-4716-9521-7a682c6e8720_SiteId">
    <vt:lpwstr>429a8eb3-3210-4e1a-aaa2-6ccde0ddabc5</vt:lpwstr>
  </property>
  <property fmtid="{D5CDD505-2E9C-101B-9397-08002B2CF9AE}" pid="7" name="MSIP_Label_768904da-5dbb-4716-9521-7a682c6e8720_ActionId">
    <vt:lpwstr>c53a1d67-e73d-4f3e-adb4-eee05357ee85</vt:lpwstr>
  </property>
  <property fmtid="{D5CDD505-2E9C-101B-9397-08002B2CF9AE}" pid="8" name="MSIP_Label_768904da-5dbb-4716-9521-7a682c6e8720_ContentBits">
    <vt:lpwstr>0</vt:lpwstr>
  </property>
</Properties>
</file>